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drawing>
          <wp:inline xmlns:a="http://schemas.openxmlformats.org/drawingml/2006/main" xmlns:pic="http://schemas.openxmlformats.org/drawingml/2006/picture">
            <wp:extent cx="987552" cy="987552"/>
            <wp:docPr id="1" name="Picture 1" descr="Celestial Care logo" title="Celestial Care"/>
            <wp:cNvGraphicFramePr>
              <a:graphicFrameLocks noChangeAspect="1"/>
            </wp:cNvGraphicFramePr>
            <a:graphic>
              <a:graphicData uri="http://schemas.openxmlformats.org/drawingml/2006/picture">
                <pic:pic>
                  <pic:nvPicPr>
                    <pic:cNvPr id="0" name="0F9AD0B3-C01C-432C-8E9C-562A4358548C(1).jpeg"/>
                    <pic:cNvPicPr/>
                  </pic:nvPicPr>
                  <pic:blipFill>
                    <a:blip r:embed="rId11"/>
                    <a:stretch>
                      <a:fillRect/>
                    </a:stretch>
                  </pic:blipFill>
                  <pic:spPr>
                    <a:xfrm>
                      <a:off x="0" y="0"/>
                      <a:ext cx="987552" cy="987552"/>
                    </a:xfrm>
                    <a:prstGeom prst="rect"/>
                  </pic:spPr>
                </pic:pic>
              </a:graphicData>
            </a:graphic>
          </wp:inline>
        </w:drawing>
      </w:r>
    </w:p>
    <w:p>
      <w:pPr>
        <w:spacing w:after="40"/>
        <w:jc w:val="center"/>
      </w:pPr>
      <w:r>
        <w:rPr>
          <w:rFonts w:ascii="Arial" w:hAnsi="Arial"/>
          <w:b/>
          <w:color w:val="163663"/>
          <w:sz w:val="40"/>
        </w:rPr>
        <w:t>Employment Application Form</w:t>
      </w:r>
    </w:p>
    <w:p>
      <w:pPr>
        <w:spacing w:after="180"/>
        <w:jc w:val="center"/>
      </w:pPr>
      <w:r>
        <w:rPr>
          <w:rFonts w:ascii="Arial" w:hAnsi="Arial"/>
          <w:b/>
          <w:color w:val="5A6470"/>
          <w:sz w:val="20"/>
        </w:rPr>
        <w:t>Children’s residential care — safer recruitment</w:t>
      </w:r>
    </w:p>
    <w:tbl>
      <w:tblPr>
        <w:tblStyle w:val="TableGrid"/>
        <w:tblW w:type="dxa" w:w="9360"/>
        <w:jc w:val="center"/>
        <w:tblLayout w:type="fixed"/>
        <w:tblLook w:firstColumn="1" w:firstRow="1" w:lastColumn="0" w:lastRow="0" w:noHBand="0" w:noVBand="1" w:val="04A0"/>
        <w:tblInd w:w="120" w:type="dxa"/>
      </w:tblPr>
      <w:tblGrid>
        <w:gridCol w:w="2200"/>
        <w:gridCol w:w="7160"/>
      </w:tblGrid>
      <w:tr>
        <w:trPr>
          <w:cantSplit/>
        </w:trPr>
        <w:tc>
          <w:tcPr>
            <w:tcW w:type="dxa" w:w="2200"/>
            <w:shd w:fill="E8EEF5"/>
            <w:tcMar>
              <w:top w:w="72" w:type="dxa"/>
              <w:start w:w="120" w:type="dxa"/>
              <w:bottom w:w="72" w:type="dxa"/>
              <w:end w:w="120" w:type="dxa"/>
            </w:tcMar>
            <w:vAlign w:val="center"/>
          </w:tcPr>
          <w:p>
            <w:pPr>
              <w:spacing w:after="0"/>
            </w:pPr>
            <w:r/>
            <w:r>
              <w:rPr>
                <w:rFonts w:ascii="Arial" w:hAnsi="Arial"/>
                <w:b/>
                <w:color w:val="163663"/>
                <w:sz w:val="18"/>
              </w:rPr>
              <w:t>Position applied for</w:t>
            </w:r>
          </w:p>
        </w:tc>
        <w:tc>
          <w:tcPr>
            <w:tcW w:type="dxa" w:w="7160"/>
            <w:tcMar>
              <w:top w:w="72" w:type="dxa"/>
              <w:start w:w="120" w:type="dxa"/>
              <w:bottom w:w="72" w:type="dxa"/>
              <w:end w:w="120" w:type="dxa"/>
            </w:tcMar>
            <w:vAlign w:val="center"/>
          </w:tcPr>
          <w:p>
            <w:pPr>
              <w:spacing w:after="0"/>
            </w:pPr>
            <w:r/>
          </w:p>
        </w:tc>
      </w:tr>
      <w:tr>
        <w:trPr>
          <w:cantSplit/>
        </w:trPr>
        <w:tc>
          <w:tcPr>
            <w:tcW w:type="dxa" w:w="2200"/>
            <w:shd w:fill="E8EEF5"/>
            <w:tcMar>
              <w:top w:w="72" w:type="dxa"/>
              <w:start w:w="120" w:type="dxa"/>
              <w:bottom w:w="72" w:type="dxa"/>
              <w:end w:w="120" w:type="dxa"/>
            </w:tcMar>
            <w:vAlign w:val="center"/>
          </w:tcPr>
          <w:p>
            <w:pPr>
              <w:spacing w:after="0"/>
            </w:pPr>
            <w:r/>
            <w:r>
              <w:rPr>
                <w:rFonts w:ascii="Arial" w:hAnsi="Arial"/>
                <w:b/>
                <w:color w:val="163663"/>
                <w:sz w:val="18"/>
              </w:rPr>
              <w:t>Home / location</w:t>
            </w:r>
          </w:p>
        </w:tc>
        <w:tc>
          <w:tcPr>
            <w:tcW w:type="dxa" w:w="7160"/>
            <w:tcMar>
              <w:top w:w="72" w:type="dxa"/>
              <w:start w:w="120" w:type="dxa"/>
              <w:bottom w:w="72" w:type="dxa"/>
              <w:end w:w="120" w:type="dxa"/>
            </w:tcMar>
            <w:vAlign w:val="center"/>
          </w:tcPr>
          <w:p>
            <w:pPr>
              <w:spacing w:after="0"/>
            </w:pPr>
            <w:r/>
          </w:p>
        </w:tc>
      </w:tr>
      <w:tr>
        <w:trPr>
          <w:cantSplit/>
        </w:trPr>
        <w:tc>
          <w:tcPr>
            <w:tcW w:type="dxa" w:w="2200"/>
            <w:shd w:fill="E8EEF5"/>
            <w:tcMar>
              <w:top w:w="72" w:type="dxa"/>
              <w:start w:w="120" w:type="dxa"/>
              <w:bottom w:w="72" w:type="dxa"/>
              <w:end w:w="120" w:type="dxa"/>
            </w:tcMar>
            <w:vAlign w:val="center"/>
          </w:tcPr>
          <w:p>
            <w:pPr>
              <w:spacing w:after="0"/>
            </w:pPr>
            <w:r/>
            <w:r>
              <w:rPr>
                <w:rFonts w:ascii="Arial" w:hAnsi="Arial"/>
                <w:b/>
                <w:color w:val="163663"/>
                <w:sz w:val="18"/>
              </w:rPr>
              <w:t>Vacancy reference</w:t>
            </w:r>
          </w:p>
        </w:tc>
        <w:tc>
          <w:tcPr>
            <w:tcW w:type="dxa" w:w="7160"/>
            <w:tcMar>
              <w:top w:w="72" w:type="dxa"/>
              <w:start w:w="120" w:type="dxa"/>
              <w:bottom w:w="72" w:type="dxa"/>
              <w:end w:w="120" w:type="dxa"/>
            </w:tcMar>
            <w:vAlign w:val="center"/>
          </w:tcPr>
          <w:p>
            <w:pPr>
              <w:spacing w:after="0"/>
            </w:pPr>
            <w:r/>
          </w:p>
        </w:tc>
      </w:tr>
      <w:tr>
        <w:trPr>
          <w:cantSplit/>
        </w:trPr>
        <w:tc>
          <w:tcPr>
            <w:tcW w:type="dxa" w:w="2200"/>
            <w:shd w:fill="E8EEF5"/>
            <w:tcMar>
              <w:top w:w="72" w:type="dxa"/>
              <w:start w:w="120" w:type="dxa"/>
              <w:bottom w:w="72" w:type="dxa"/>
              <w:end w:w="120" w:type="dxa"/>
            </w:tcMar>
            <w:vAlign w:val="center"/>
          </w:tcPr>
          <w:p>
            <w:pPr>
              <w:spacing w:after="0"/>
            </w:pPr>
            <w:r/>
            <w:r>
              <w:rPr>
                <w:rFonts w:ascii="Arial" w:hAnsi="Arial"/>
                <w:b/>
                <w:color w:val="163663"/>
                <w:sz w:val="18"/>
              </w:rPr>
              <w:t>Application deadline</w:t>
            </w:r>
          </w:p>
        </w:tc>
        <w:tc>
          <w:tcPr>
            <w:tcW w:type="dxa" w:w="7160"/>
            <w:tcMar>
              <w:top w:w="72" w:type="dxa"/>
              <w:start w:w="120" w:type="dxa"/>
              <w:bottom w:w="72" w:type="dxa"/>
              <w:end w:w="120" w:type="dxa"/>
            </w:tcMar>
            <w:vAlign w:val="center"/>
          </w:tcPr>
          <w:p>
            <w:pPr>
              <w:spacing w:after="0"/>
            </w:pPr>
            <w:r/>
          </w:p>
        </w:tc>
      </w:tr>
    </w:tbl>
    <w:p>
      <w:pPr>
        <w:spacing w:after="0"/>
      </w:pPr>
    </w:p>
    <w:p>
      <w:pPr>
        <w:pStyle w:val="Heading1"/>
      </w:pPr>
      <w:r>
        <w:t>Before you begin</w:t>
      </w:r>
    </w:p>
    <w:p>
      <w:r>
        <w:t>Celestial Care is committed to safeguarding and promoting the welfare of children. Recruitment decisions are based on the requirements of the role and a rigorous assessment of suitability. Please complete every relevant section. A CV may be attached but does not replace this form.</w:t>
      </w:r>
    </w:p>
    <w:p>
      <w:pPr>
        <w:pStyle w:val="ListBullet"/>
        <w:ind w:left="317" w:hanging="317"/>
      </w:pPr>
      <w:r>
        <w:t xml:space="preserve">☐ </w:t>
      </w:r>
      <w:r>
        <w:t>Give a complete history from leaving school to the present, including employment, education, caring responsibilities, unemployment, travel, volunteering and other activity. Explain every gap in writing.</w:t>
      </w:r>
    </w:p>
    <w:p>
      <w:pPr>
        <w:pStyle w:val="ListBullet"/>
        <w:ind w:left="317" w:hanging="317"/>
      </w:pPr>
      <w:r>
        <w:t xml:space="preserve">☐ </w:t>
      </w:r>
      <w:r>
        <w:t>Use month and year dates throughout. Continue on an additional sheet if required and sign and date each sheet.</w:t>
      </w:r>
    </w:p>
    <w:p>
      <w:pPr>
        <w:pStyle w:val="ListBullet"/>
        <w:ind w:left="317" w:hanging="317"/>
      </w:pPr>
      <w:r>
        <w:t xml:space="preserve">☐ </w:t>
      </w:r>
      <w:r>
        <w:t>Do not provide your National Insurance number, bank details, passport copy, DBS login details or medical history on this form.</w:t>
      </w:r>
    </w:p>
    <w:p>
      <w:pPr>
        <w:pStyle w:val="ListBullet"/>
        <w:ind w:left="317" w:hanging="317"/>
      </w:pPr>
      <w:r>
        <w:t xml:space="preserve">☐ </w:t>
      </w:r>
      <w:r>
        <w:t>Information will be handled under Celestial Care’s Recruitment Privacy Notice. Criminal-record information is restricted and assessed fairly in relation to the role.</w:t>
      </w:r>
    </w:p>
    <w:p>
      <w:pPr>
        <w:pStyle w:val="Heading1"/>
      </w:pPr>
      <w:r>
        <w:t>1. Personal and contact details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8" w:type="dxa"/>
              <w:start w:w="120" w:type="dxa"/>
              <w:bottom w:w="68" w:type="dxa"/>
              <w:end w:w="120" w:type="dxa"/>
            </w:tcMar>
            <w:vAlign w:val="center"/>
          </w:tcPr>
          <w:p>
            <w:pPr>
              <w:spacing w:after="0"/>
            </w:pPr>
            <w:r/>
            <w:r>
              <w:rPr>
                <w:rFonts w:ascii="Arial" w:hAnsi="Arial"/>
                <w:b/>
                <w:color w:val="163663"/>
                <w:sz w:val="18"/>
              </w:rPr>
              <w:t>Current legal name</w:t>
            </w:r>
          </w:p>
        </w:tc>
        <w:tc>
          <w:tcPr>
            <w:tcW w:type="dxa" w:w="6760"/>
            <w:tcMar>
              <w:top w:w="68" w:type="dxa"/>
              <w:start w:w="120" w:type="dxa"/>
              <w:bottom w:w="68" w:type="dxa"/>
              <w:end w:w="120" w:type="dxa"/>
            </w:tcMar>
            <w:vAlign w:val="center"/>
          </w:tcPr>
          <w:p>
            <w:pPr>
              <w:spacing w:after="0"/>
            </w:pPr>
            <w:r/>
            <w:r>
              <w:rPr>
                <w:rFonts w:ascii="Arial" w:hAnsi="Arial"/>
                <w:b w:val="0"/>
                <w:color w:val="5A6470"/>
                <w:sz w:val="18"/>
              </w:rPr>
              <w:t>Title: ______  Forename(s): ____________________  Surname: ____________________</w:t>
            </w:r>
          </w:p>
        </w:tc>
      </w:tr>
      <w:tr>
        <w:trPr>
          <w:cantSplit/>
        </w:trPr>
        <w:tc>
          <w:tcPr>
            <w:tcW w:type="dxa" w:w="2600"/>
            <w:shd w:fill="E8EEF5"/>
            <w:tcMar>
              <w:top w:w="68" w:type="dxa"/>
              <w:start w:w="120" w:type="dxa"/>
              <w:bottom w:w="68" w:type="dxa"/>
              <w:end w:w="120" w:type="dxa"/>
            </w:tcMar>
            <w:vAlign w:val="center"/>
          </w:tcPr>
          <w:p>
            <w:pPr>
              <w:spacing w:after="0"/>
            </w:pPr>
            <w:r/>
            <w:r>
              <w:rPr>
                <w:rFonts w:ascii="Arial" w:hAnsi="Arial"/>
                <w:b/>
                <w:color w:val="163663"/>
                <w:sz w:val="18"/>
              </w:rPr>
              <w:t>Preferred name</w:t>
            </w:r>
          </w:p>
        </w:tc>
        <w:tc>
          <w:tcPr>
            <w:tcW w:type="dxa" w:w="6760"/>
            <w:tcMar>
              <w:top w:w="68" w:type="dxa"/>
              <w:start w:w="120" w:type="dxa"/>
              <w:bottom w:w="68" w:type="dxa"/>
              <w:end w:w="120" w:type="dxa"/>
            </w:tcMar>
            <w:vAlign w:val="center"/>
          </w:tcPr>
          <w:p>
            <w:pPr>
              <w:spacing w:after="0"/>
            </w:pPr>
            <w:r/>
            <w:r>
              <w:rPr>
                <w:rFonts w:ascii="Arial" w:hAnsi="Arial"/>
                <w:b w:val="0"/>
                <w:color w:val="5A6470"/>
                <w:sz w:val="18"/>
              </w:rPr>
              <w:t>If different</w:t>
            </w:r>
          </w:p>
        </w:tc>
      </w:tr>
      <w:tr>
        <w:trPr>
          <w:cantSplit/>
        </w:trPr>
        <w:tc>
          <w:tcPr>
            <w:tcW w:type="dxa" w:w="2600"/>
            <w:shd w:fill="E8EEF5"/>
            <w:tcMar>
              <w:top w:w="68" w:type="dxa"/>
              <w:start w:w="120" w:type="dxa"/>
              <w:bottom w:w="68" w:type="dxa"/>
              <w:end w:w="120" w:type="dxa"/>
            </w:tcMar>
            <w:vAlign w:val="center"/>
          </w:tcPr>
          <w:p>
            <w:pPr>
              <w:spacing w:after="0"/>
            </w:pPr>
            <w:r/>
            <w:r>
              <w:rPr>
                <w:rFonts w:ascii="Arial" w:hAnsi="Arial"/>
                <w:b/>
                <w:color w:val="163663"/>
                <w:sz w:val="18"/>
              </w:rPr>
              <w:t>Home address</w:t>
            </w:r>
          </w:p>
        </w:tc>
        <w:tc>
          <w:tcPr>
            <w:tcW w:type="dxa" w:w="6760"/>
            <w:tcMar>
              <w:top w:w="68" w:type="dxa"/>
              <w:start w:w="120" w:type="dxa"/>
              <w:bottom w:w="68" w:type="dxa"/>
              <w:end w:w="120" w:type="dxa"/>
            </w:tcMar>
            <w:vAlign w:val="center"/>
          </w:tcPr>
          <w:p>
            <w:pPr>
              <w:spacing w:after="0"/>
            </w:pPr>
            <w:r/>
            <w:r>
              <w:rPr>
                <w:rFonts w:ascii="Arial" w:hAnsi="Arial"/>
                <w:b w:val="0"/>
                <w:color w:val="5A6470"/>
                <w:sz w:val="18"/>
              </w:rPr>
              <w:t>Include postcode</w:t>
            </w:r>
            <w:r>
              <w:br/>
            </w:r>
          </w:p>
        </w:tc>
      </w:tr>
      <w:tr>
        <w:trPr>
          <w:cantSplit/>
        </w:trPr>
        <w:tc>
          <w:tcPr>
            <w:tcW w:type="dxa" w:w="2600"/>
            <w:shd w:fill="E8EEF5"/>
            <w:tcMar>
              <w:top w:w="68" w:type="dxa"/>
              <w:start w:w="120" w:type="dxa"/>
              <w:bottom w:w="68" w:type="dxa"/>
              <w:end w:w="120" w:type="dxa"/>
            </w:tcMar>
            <w:vAlign w:val="center"/>
          </w:tcPr>
          <w:p>
            <w:pPr>
              <w:spacing w:after="0"/>
            </w:pPr>
            <w:r/>
            <w:r>
              <w:rPr>
                <w:rFonts w:ascii="Arial" w:hAnsi="Arial"/>
                <w:b/>
                <w:color w:val="163663"/>
                <w:sz w:val="18"/>
              </w:rPr>
              <w:t>Telephone</w:t>
            </w:r>
          </w:p>
        </w:tc>
        <w:tc>
          <w:tcPr>
            <w:tcW w:type="dxa" w:w="6760"/>
            <w:tcMar>
              <w:top w:w="68" w:type="dxa"/>
              <w:start w:w="120" w:type="dxa"/>
              <w:bottom w:w="68" w:type="dxa"/>
              <w:end w:w="120" w:type="dxa"/>
            </w:tcMar>
            <w:vAlign w:val="center"/>
          </w:tcPr>
          <w:p>
            <w:pPr>
              <w:spacing w:after="0"/>
            </w:pPr>
            <w:r/>
            <w:r>
              <w:rPr>
                <w:rFonts w:ascii="Arial" w:hAnsi="Arial"/>
                <w:b w:val="0"/>
                <w:color w:val="5A6470"/>
                <w:sz w:val="18"/>
              </w:rPr>
              <w:t>Mobile / other</w:t>
            </w:r>
          </w:p>
        </w:tc>
      </w:tr>
      <w:tr>
        <w:trPr>
          <w:cantSplit/>
        </w:trPr>
        <w:tc>
          <w:tcPr>
            <w:tcW w:type="dxa" w:w="2600"/>
            <w:shd w:fill="E8EEF5"/>
            <w:tcMar>
              <w:top w:w="68" w:type="dxa"/>
              <w:start w:w="120" w:type="dxa"/>
              <w:bottom w:w="68" w:type="dxa"/>
              <w:end w:w="120" w:type="dxa"/>
            </w:tcMar>
            <w:vAlign w:val="center"/>
          </w:tcPr>
          <w:p>
            <w:pPr>
              <w:spacing w:after="0"/>
            </w:pPr>
            <w:r/>
            <w:r>
              <w:rPr>
                <w:rFonts w:ascii="Arial" w:hAnsi="Arial"/>
                <w:b/>
                <w:color w:val="163663"/>
                <w:sz w:val="18"/>
              </w:rPr>
              <w:t>Email</w:t>
            </w:r>
          </w:p>
        </w:tc>
        <w:tc>
          <w:tcPr>
            <w:tcW w:type="dxa" w:w="6760"/>
            <w:tcMar>
              <w:top w:w="68" w:type="dxa"/>
              <w:start w:w="120" w:type="dxa"/>
              <w:bottom w:w="68" w:type="dxa"/>
              <w:end w:w="120" w:type="dxa"/>
            </w:tcMar>
            <w:vAlign w:val="center"/>
          </w:tcPr>
          <w:p>
            <w:pPr>
              <w:spacing w:after="0"/>
            </w:pPr>
            <w:r/>
            <w:r>
              <w:rPr>
                <w:rFonts w:ascii="Arial" w:hAnsi="Arial"/>
                <w:b w:val="0"/>
                <w:color w:val="5A6470"/>
                <w:sz w:val="18"/>
              </w:rPr>
              <w:t>Personal email address</w:t>
            </w:r>
          </w:p>
        </w:tc>
      </w:tr>
      <w:tr>
        <w:trPr>
          <w:cantSplit/>
        </w:trPr>
        <w:tc>
          <w:tcPr>
            <w:tcW w:type="dxa" w:w="2600"/>
            <w:shd w:fill="E8EEF5"/>
            <w:tcMar>
              <w:top w:w="68" w:type="dxa"/>
              <w:start w:w="120" w:type="dxa"/>
              <w:bottom w:w="68" w:type="dxa"/>
              <w:end w:w="120" w:type="dxa"/>
            </w:tcMar>
            <w:vAlign w:val="center"/>
          </w:tcPr>
          <w:p>
            <w:pPr>
              <w:spacing w:after="0"/>
            </w:pPr>
            <w:r/>
            <w:r>
              <w:rPr>
                <w:rFonts w:ascii="Arial" w:hAnsi="Arial"/>
                <w:b/>
                <w:color w:val="163663"/>
                <w:sz w:val="18"/>
              </w:rPr>
              <w:t>Safe contact preference</w:t>
            </w:r>
          </w:p>
        </w:tc>
        <w:tc>
          <w:tcPr>
            <w:tcW w:type="dxa" w:w="6760"/>
            <w:tcMar>
              <w:top w:w="68" w:type="dxa"/>
              <w:start w:w="120" w:type="dxa"/>
              <w:bottom w:w="68" w:type="dxa"/>
              <w:end w:w="120" w:type="dxa"/>
            </w:tcMar>
            <w:vAlign w:val="center"/>
          </w:tcPr>
          <w:p>
            <w:pPr>
              <w:spacing w:after="0"/>
            </w:pPr>
            <w:r/>
            <w:r>
              <w:rPr>
                <w:rFonts w:ascii="Arial" w:hAnsi="Arial"/>
                <w:b w:val="0"/>
                <w:color w:val="5A6470"/>
                <w:sz w:val="18"/>
              </w:rPr>
              <w:t>Email / telephone / either; any times we should avoid</w:t>
            </w:r>
          </w:p>
        </w:tc>
      </w:tr>
    </w:tbl>
    <w:p>
      <w:pPr>
        <w:spacing w:after="0"/>
      </w:pPr>
    </w:p>
    <w:p>
      <w:pPr>
        <w:pageBreakBefore/>
        <w:spacing w:after="0"/>
      </w:pPr>
    </w:p>
    <w:p>
      <w:pPr>
        <w:pStyle w:val="Heading1"/>
      </w:pPr>
      <w:r>
        <w:t>2. Identity and right to work</w:t>
      </w:r>
    </w:p>
    <w:p>
      <w:pPr>
        <w:spacing w:after="120"/>
      </w:pPr>
      <w:r>
        <w:rPr>
          <w:i/>
          <w:color w:val="5A6470"/>
        </w:rPr>
        <w:t>Evidence will be checked only at the appropriate stage. Do not attach identity documents to this application unless requested securely.</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100" w:type="dxa"/>
              <w:start w:w="120" w:type="dxa"/>
              <w:bottom w:w="100" w:type="dxa"/>
              <w:end w:w="120" w:type="dxa"/>
            </w:tcMar>
            <w:vAlign w:val="center"/>
          </w:tcPr>
          <w:p>
            <w:pPr>
              <w:spacing w:after="0"/>
            </w:pPr>
            <w:r/>
            <w:r>
              <w:rPr>
                <w:rFonts w:ascii="Arial" w:hAnsi="Arial"/>
                <w:b/>
                <w:color w:val="163663"/>
                <w:sz w:val="18"/>
              </w:rPr>
              <w:t>Names used from birth</w:t>
            </w:r>
          </w:p>
        </w:tc>
        <w:tc>
          <w:tcPr>
            <w:tcW w:type="dxa" w:w="6760"/>
            <w:tcMar>
              <w:top w:w="100" w:type="dxa"/>
              <w:start w:w="120" w:type="dxa"/>
              <w:bottom w:w="100" w:type="dxa"/>
              <w:end w:w="120" w:type="dxa"/>
            </w:tcMar>
            <w:vAlign w:val="center"/>
          </w:tcPr>
          <w:p>
            <w:pPr>
              <w:spacing w:after="0"/>
            </w:pPr>
            <w:r/>
            <w:r>
              <w:rPr>
                <w:rFonts w:ascii="Arial" w:hAnsi="Arial"/>
                <w:b w:val="0"/>
                <w:color w:val="5A6470"/>
                <w:sz w:val="18"/>
              </w:rPr>
              <w:t>List every previous name, the dates used and reason for change. Write ‘none’ if not applicable.</w:t>
            </w:r>
            <w:r>
              <w:br/>
            </w:r>
            <w:r>
              <w:br/>
            </w:r>
          </w:p>
        </w:tc>
      </w:tr>
      <w:tr>
        <w:trPr>
          <w:cantSplit/>
        </w:trPr>
        <w:tc>
          <w:tcPr>
            <w:tcW w:type="dxa" w:w="2600"/>
            <w:shd w:fill="E8EEF5"/>
            <w:tcMar>
              <w:top w:w="100" w:type="dxa"/>
              <w:start w:w="120" w:type="dxa"/>
              <w:bottom w:w="100" w:type="dxa"/>
              <w:end w:w="120" w:type="dxa"/>
            </w:tcMar>
            <w:vAlign w:val="center"/>
          </w:tcPr>
          <w:p>
            <w:pPr>
              <w:spacing w:after="0"/>
            </w:pPr>
            <w:r/>
            <w:r>
              <w:rPr>
                <w:rFonts w:ascii="Arial" w:hAnsi="Arial"/>
                <w:b/>
                <w:color w:val="163663"/>
                <w:sz w:val="18"/>
              </w:rPr>
              <w:t>Right to work</w:t>
            </w:r>
          </w:p>
        </w:tc>
        <w:tc>
          <w:tcPr>
            <w:tcW w:type="dxa" w:w="6760"/>
            <w:tcMar>
              <w:top w:w="100" w:type="dxa"/>
              <w:start w:w="120" w:type="dxa"/>
              <w:bottom w:w="100" w:type="dxa"/>
              <w:end w:w="120" w:type="dxa"/>
            </w:tcMar>
            <w:vAlign w:val="center"/>
          </w:tcPr>
          <w:p>
            <w:pPr>
              <w:spacing w:after="0"/>
            </w:pPr>
            <w:r/>
            <w:r>
              <w:rPr>
                <w:rFonts w:ascii="Arial" w:hAnsi="Arial"/>
                <w:b w:val="0"/>
                <w:color w:val="5A6470"/>
                <w:sz w:val="18"/>
              </w:rPr>
              <w:t>Do you currently have the right to work in the UK?  Yes / No</w:t>
            </w:r>
          </w:p>
        </w:tc>
      </w:tr>
      <w:tr>
        <w:trPr>
          <w:cantSplit/>
        </w:trPr>
        <w:tc>
          <w:tcPr>
            <w:tcW w:type="dxa" w:w="2600"/>
            <w:shd w:fill="E8EEF5"/>
            <w:tcMar>
              <w:top w:w="100" w:type="dxa"/>
              <w:start w:w="120" w:type="dxa"/>
              <w:bottom w:w="100" w:type="dxa"/>
              <w:end w:w="120" w:type="dxa"/>
            </w:tcMar>
            <w:vAlign w:val="center"/>
          </w:tcPr>
          <w:p>
            <w:pPr>
              <w:spacing w:after="0"/>
            </w:pPr>
            <w:r/>
            <w:r>
              <w:rPr>
                <w:rFonts w:ascii="Arial" w:hAnsi="Arial"/>
                <w:b/>
                <w:color w:val="163663"/>
                <w:sz w:val="18"/>
              </w:rPr>
              <w:t>Restriction / expiry</w:t>
            </w:r>
          </w:p>
        </w:tc>
        <w:tc>
          <w:tcPr>
            <w:tcW w:type="dxa" w:w="6760"/>
            <w:tcMar>
              <w:top w:w="100" w:type="dxa"/>
              <w:start w:w="120" w:type="dxa"/>
              <w:bottom w:w="100" w:type="dxa"/>
              <w:end w:w="120" w:type="dxa"/>
            </w:tcMar>
            <w:vAlign w:val="center"/>
          </w:tcPr>
          <w:p>
            <w:pPr>
              <w:spacing w:after="0"/>
            </w:pPr>
            <w:r/>
            <w:r>
              <w:rPr>
                <w:rFonts w:ascii="Arial" w:hAnsi="Arial"/>
                <w:b w:val="0"/>
                <w:color w:val="5A6470"/>
                <w:sz w:val="18"/>
              </w:rPr>
              <w:t>If your right to work is time-limited or restricted, give the expiry date and relevant restriction. Do not send a share code unless requested.</w:t>
            </w:r>
            <w:r>
              <w:br/>
            </w:r>
          </w:p>
        </w:tc>
      </w:tr>
      <w:tr>
        <w:trPr>
          <w:cantSplit/>
        </w:trPr>
        <w:tc>
          <w:tcPr>
            <w:tcW w:type="dxa" w:w="2600"/>
            <w:shd w:fill="E8EEF5"/>
            <w:tcMar>
              <w:top w:w="100" w:type="dxa"/>
              <w:start w:w="120" w:type="dxa"/>
              <w:bottom w:w="100" w:type="dxa"/>
              <w:end w:w="120" w:type="dxa"/>
            </w:tcMar>
            <w:vAlign w:val="center"/>
          </w:tcPr>
          <w:p>
            <w:pPr>
              <w:spacing w:after="0"/>
            </w:pPr>
            <w:r/>
            <w:r>
              <w:rPr>
                <w:rFonts w:ascii="Arial" w:hAnsi="Arial"/>
                <w:b/>
                <w:color w:val="163663"/>
                <w:sz w:val="18"/>
              </w:rPr>
              <w:t>Professional registration</w:t>
            </w:r>
          </w:p>
        </w:tc>
        <w:tc>
          <w:tcPr>
            <w:tcW w:type="dxa" w:w="6760"/>
            <w:tcMar>
              <w:top w:w="100" w:type="dxa"/>
              <w:start w:w="120" w:type="dxa"/>
              <w:bottom w:w="100" w:type="dxa"/>
              <w:end w:w="120" w:type="dxa"/>
            </w:tcMar>
            <w:vAlign w:val="center"/>
          </w:tcPr>
          <w:p>
            <w:pPr>
              <w:spacing w:after="0"/>
            </w:pPr>
            <w:r/>
            <w:r>
              <w:rPr>
                <w:rFonts w:ascii="Arial" w:hAnsi="Arial"/>
                <w:b w:val="0"/>
                <w:color w:val="5A6470"/>
                <w:sz w:val="18"/>
              </w:rPr>
              <w:t>Body, registration number, status and expiry date (if the role requires registration)</w:t>
            </w:r>
            <w:r>
              <w:br/>
            </w:r>
          </w:p>
        </w:tc>
      </w:tr>
    </w:tbl>
    <w:p>
      <w:pPr>
        <w:spacing w:after="0"/>
      </w:pPr>
    </w:p>
    <w:p>
      <w:pPr>
        <w:pStyle w:val="Heading2"/>
      </w:pPr>
      <w:r>
        <w:t>Recruitment-process adjustments</w:t>
      </w:r>
    </w:p>
    <w:p>
      <w:r>
        <w:t>Do you need a reasonable adjustment for any stage of the recruitment process? This information will be used only to arrange fair access and is not a request for your diagnosis or medical history.</w:t>
      </w: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Adjustment requested and best way to discuss it</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p>
        </w:tc>
      </w:tr>
    </w:tbl>
    <w:p>
      <w:pPr>
        <w:spacing w:after="0"/>
      </w:pPr>
    </w:p>
    <w:p>
      <w:pPr>
        <w:pStyle w:val="Heading1"/>
      </w:pPr>
      <w:r>
        <w:t>3. Education and qualifications</w:t>
      </w:r>
    </w:p>
    <w:p>
      <w:pPr>
        <w:spacing w:after="120"/>
      </w:pPr>
      <w:r>
        <w:rPr>
          <w:i/>
          <w:color w:val="5A6470"/>
        </w:rPr>
        <w:t>Start with the most recent. Original certificates or secure verification will be required for relevant qualifications.</w:t>
      </w:r>
    </w:p>
    <w:tbl>
      <w:tblPr>
        <w:tblStyle w:val="TableGrid"/>
        <w:tblW w:type="dxa" w:w="9360"/>
        <w:jc w:val="center"/>
        <w:tblLayout w:type="fixed"/>
        <w:tblLook w:firstColumn="1" w:firstRow="1" w:lastColumn="0" w:lastRow="0" w:noHBand="0" w:noVBand="1" w:val="04A0"/>
        <w:tblInd w:w="120" w:type="dxa"/>
      </w:tblPr>
      <w:tblGrid>
        <w:gridCol w:w="2850"/>
        <w:gridCol w:w="1450"/>
        <w:gridCol w:w="1450"/>
        <w:gridCol w:w="3610"/>
      </w:tblGrid>
      <w:tr>
        <w:trPr>
          <w:tblHeader w:val="true"/>
        </w:trPr>
        <w:tc>
          <w:tcPr>
            <w:tcW w:type="dxa" w:w="2850"/>
            <w:shd w:fill="E8EEF5"/>
            <w:tcMar>
              <w:top w:w="100" w:type="dxa"/>
              <w:start w:w="120" w:type="dxa"/>
              <w:bottom w:w="100" w:type="dxa"/>
              <w:end w:w="120" w:type="dxa"/>
            </w:tcMar>
            <w:vAlign w:val="center"/>
          </w:tcPr>
          <w:p>
            <w:pPr>
              <w:spacing w:after="0"/>
            </w:pPr>
            <w:r/>
            <w:r>
              <w:rPr>
                <w:rFonts w:ascii="Arial" w:hAnsi="Arial"/>
                <w:b/>
                <w:color w:val="163663"/>
                <w:sz w:val="18"/>
              </w:rPr>
              <w:t>School, college, university or provider</w:t>
            </w:r>
          </w:p>
        </w:tc>
        <w:tc>
          <w:tcPr>
            <w:tcW w:type="dxa" w:w="1450"/>
            <w:shd w:fill="E8EEF5"/>
            <w:tcMar>
              <w:top w:w="100" w:type="dxa"/>
              <w:start w:w="120" w:type="dxa"/>
              <w:bottom w:w="100" w:type="dxa"/>
              <w:end w:w="120" w:type="dxa"/>
            </w:tcMar>
            <w:vAlign w:val="center"/>
          </w:tcPr>
          <w:p>
            <w:pPr>
              <w:spacing w:after="0"/>
            </w:pPr>
            <w:r/>
            <w:r>
              <w:rPr>
                <w:rFonts w:ascii="Arial" w:hAnsi="Arial"/>
                <w:b/>
                <w:color w:val="163663"/>
                <w:sz w:val="18"/>
              </w:rPr>
              <w:t>From</w:t>
              <w:br/>
              <w:t>month/year</w:t>
            </w:r>
          </w:p>
        </w:tc>
        <w:tc>
          <w:tcPr>
            <w:tcW w:type="dxa" w:w="1450"/>
            <w:shd w:fill="E8EEF5"/>
            <w:tcMar>
              <w:top w:w="100" w:type="dxa"/>
              <w:start w:w="120" w:type="dxa"/>
              <w:bottom w:w="100" w:type="dxa"/>
              <w:end w:w="120" w:type="dxa"/>
            </w:tcMar>
            <w:vAlign w:val="center"/>
          </w:tcPr>
          <w:p>
            <w:pPr>
              <w:spacing w:after="0"/>
            </w:pPr>
            <w:r/>
            <w:r>
              <w:rPr>
                <w:rFonts w:ascii="Arial" w:hAnsi="Arial"/>
                <w:b/>
                <w:color w:val="163663"/>
                <w:sz w:val="18"/>
              </w:rPr>
              <w:t>To</w:t>
              <w:br/>
              <w:t>month/year</w:t>
            </w:r>
          </w:p>
        </w:tc>
        <w:tc>
          <w:tcPr>
            <w:tcW w:type="dxa" w:w="3610"/>
            <w:shd w:fill="E8EEF5"/>
            <w:tcMar>
              <w:top w:w="100" w:type="dxa"/>
              <w:start w:w="120" w:type="dxa"/>
              <w:bottom w:w="100" w:type="dxa"/>
              <w:end w:w="120" w:type="dxa"/>
            </w:tcMar>
            <w:vAlign w:val="center"/>
          </w:tcPr>
          <w:p>
            <w:pPr>
              <w:spacing w:after="0"/>
            </w:pPr>
            <w:r/>
            <w:r>
              <w:rPr>
                <w:rFonts w:ascii="Arial" w:hAnsi="Arial"/>
                <w:b/>
                <w:color w:val="163663"/>
                <w:sz w:val="18"/>
              </w:rPr>
              <w:t>Qualification, subject, level and result</w:t>
            </w:r>
          </w:p>
        </w:tc>
      </w:tr>
      <w:tr>
        <w:trPr>
          <w:cantSplit/>
        </w:trPr>
        <w:tc>
          <w:tcPr>
            <w:tcW w:type="dxa" w:w="28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3610"/>
            <w:tcMar>
              <w:top w:w="100" w:type="dxa"/>
              <w:start w:w="120" w:type="dxa"/>
              <w:bottom w:w="100" w:type="dxa"/>
              <w:end w:w="120" w:type="dxa"/>
            </w:tcMar>
            <w:vAlign w:val="center"/>
          </w:tcPr>
          <w:p>
            <w:pPr>
              <w:spacing w:after="0"/>
            </w:pPr>
            <w:r/>
            <w:r>
              <w:br/>
            </w:r>
            <w:r>
              <w:br/>
            </w:r>
          </w:p>
        </w:tc>
      </w:tr>
      <w:tr>
        <w:trPr>
          <w:cantSplit/>
        </w:trPr>
        <w:tc>
          <w:tcPr>
            <w:tcW w:type="dxa" w:w="28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3610"/>
            <w:tcMar>
              <w:top w:w="100" w:type="dxa"/>
              <w:start w:w="120" w:type="dxa"/>
              <w:bottom w:w="100" w:type="dxa"/>
              <w:end w:w="120" w:type="dxa"/>
            </w:tcMar>
            <w:vAlign w:val="center"/>
          </w:tcPr>
          <w:p>
            <w:pPr>
              <w:spacing w:after="0"/>
            </w:pPr>
            <w:r/>
            <w:r>
              <w:br/>
            </w:r>
            <w:r>
              <w:br/>
            </w:r>
          </w:p>
        </w:tc>
      </w:tr>
      <w:tr>
        <w:trPr>
          <w:cantSplit/>
        </w:trPr>
        <w:tc>
          <w:tcPr>
            <w:tcW w:type="dxa" w:w="28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3610"/>
            <w:tcMar>
              <w:top w:w="100" w:type="dxa"/>
              <w:start w:w="120" w:type="dxa"/>
              <w:bottom w:w="100" w:type="dxa"/>
              <w:end w:w="120" w:type="dxa"/>
            </w:tcMar>
            <w:vAlign w:val="center"/>
          </w:tcPr>
          <w:p>
            <w:pPr>
              <w:spacing w:after="0"/>
            </w:pPr>
            <w:r/>
            <w:r>
              <w:br/>
            </w:r>
            <w:r>
              <w:br/>
            </w:r>
          </w:p>
        </w:tc>
      </w:tr>
      <w:tr>
        <w:trPr>
          <w:cantSplit/>
        </w:trPr>
        <w:tc>
          <w:tcPr>
            <w:tcW w:type="dxa" w:w="28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1450"/>
            <w:tcMar>
              <w:top w:w="100" w:type="dxa"/>
              <w:start w:w="120" w:type="dxa"/>
              <w:bottom w:w="100" w:type="dxa"/>
              <w:end w:w="120" w:type="dxa"/>
            </w:tcMar>
            <w:vAlign w:val="center"/>
          </w:tcPr>
          <w:p>
            <w:pPr>
              <w:spacing w:after="0"/>
            </w:pPr>
            <w:r/>
            <w:r>
              <w:br/>
            </w:r>
            <w:r>
              <w:br/>
            </w:r>
          </w:p>
        </w:tc>
        <w:tc>
          <w:tcPr>
            <w:tcW w:type="dxa" w:w="3610"/>
            <w:tcMar>
              <w:top w:w="100" w:type="dxa"/>
              <w:start w:w="120" w:type="dxa"/>
              <w:bottom w:w="100" w:type="dxa"/>
              <w:end w:w="120" w:type="dxa"/>
            </w:tcMar>
            <w:vAlign w:val="center"/>
          </w:tcPr>
          <w:p>
            <w:pPr>
              <w:spacing w:after="0"/>
            </w:pPr>
            <w:r/>
            <w:r>
              <w:br/>
            </w:r>
            <w:r>
              <w:br/>
            </w:r>
          </w:p>
        </w:tc>
      </w:tr>
    </w:tbl>
    <w:p>
      <w:pPr>
        <w:pageBreakBefore/>
        <w:spacing w:after="0"/>
      </w:pPr>
    </w:p>
    <w:p>
      <w:pPr>
        <w:pStyle w:val="Heading1"/>
      </w:pPr>
      <w:r>
        <w:t>4. Relevant training and professional development</w:t>
      </w:r>
    </w:p>
    <w:p>
      <w:pPr>
        <w:spacing w:after="120"/>
      </w:pPr>
      <w:r>
        <w:rPr>
          <w:i/>
          <w:color w:val="5A6470"/>
        </w:rPr>
        <w:t>Include current and recent learning relevant to children’s residential care. Completion will be verified where necessary.</w:t>
      </w:r>
    </w:p>
    <w:tbl>
      <w:tblPr>
        <w:tblStyle w:val="TableGrid"/>
        <w:tblW w:type="dxa" w:w="9360"/>
        <w:jc w:val="center"/>
        <w:tblLayout w:type="fixed"/>
        <w:tblLook w:firstColumn="1" w:firstRow="1" w:lastColumn="0" w:lastRow="0" w:noHBand="0" w:noVBand="1" w:val="04A0"/>
        <w:tblInd w:w="120" w:type="dxa"/>
      </w:tblPr>
      <w:tblGrid>
        <w:gridCol w:w="3450"/>
        <w:gridCol w:w="2950"/>
        <w:gridCol w:w="1480"/>
        <w:gridCol w:w="1480"/>
      </w:tblGrid>
      <w:tr>
        <w:trPr>
          <w:tblHeader w:val="true"/>
        </w:trPr>
        <w:tc>
          <w:tcPr>
            <w:tcW w:type="dxa" w:w="3450"/>
            <w:shd w:fill="E8EEF5"/>
            <w:tcMar>
              <w:top w:w="100" w:type="dxa"/>
              <w:start w:w="120" w:type="dxa"/>
              <w:bottom w:w="100" w:type="dxa"/>
              <w:end w:w="120" w:type="dxa"/>
            </w:tcMar>
            <w:vAlign w:val="center"/>
          </w:tcPr>
          <w:p>
            <w:pPr>
              <w:spacing w:after="0"/>
            </w:pPr>
            <w:r/>
            <w:r>
              <w:rPr>
                <w:rFonts w:ascii="Arial" w:hAnsi="Arial"/>
                <w:b/>
                <w:color w:val="163663"/>
                <w:sz w:val="18"/>
              </w:rPr>
              <w:t>Training / professional qualification</w:t>
            </w:r>
          </w:p>
        </w:tc>
        <w:tc>
          <w:tcPr>
            <w:tcW w:type="dxa" w:w="2950"/>
            <w:shd w:fill="E8EEF5"/>
            <w:tcMar>
              <w:top w:w="100" w:type="dxa"/>
              <w:start w:w="120" w:type="dxa"/>
              <w:bottom w:w="100" w:type="dxa"/>
              <w:end w:w="120" w:type="dxa"/>
            </w:tcMar>
            <w:vAlign w:val="center"/>
          </w:tcPr>
          <w:p>
            <w:pPr>
              <w:spacing w:after="0"/>
            </w:pPr>
            <w:r/>
            <w:r>
              <w:rPr>
                <w:rFonts w:ascii="Arial" w:hAnsi="Arial"/>
                <w:b/>
                <w:color w:val="163663"/>
                <w:sz w:val="18"/>
              </w:rPr>
              <w:t>Provider / awarding body</w:t>
            </w:r>
          </w:p>
        </w:tc>
        <w:tc>
          <w:tcPr>
            <w:tcW w:type="dxa" w:w="1480"/>
            <w:shd w:fill="E8EEF5"/>
            <w:tcMar>
              <w:top w:w="100" w:type="dxa"/>
              <w:start w:w="120" w:type="dxa"/>
              <w:bottom w:w="100" w:type="dxa"/>
              <w:end w:w="120" w:type="dxa"/>
            </w:tcMar>
            <w:vAlign w:val="center"/>
          </w:tcPr>
          <w:p>
            <w:pPr>
              <w:spacing w:after="0"/>
            </w:pPr>
            <w:r/>
            <w:r>
              <w:rPr>
                <w:rFonts w:ascii="Arial" w:hAnsi="Arial"/>
                <w:b/>
                <w:color w:val="163663"/>
                <w:sz w:val="18"/>
              </w:rPr>
              <w:t>Date completed</w:t>
            </w:r>
          </w:p>
        </w:tc>
        <w:tc>
          <w:tcPr>
            <w:tcW w:type="dxa" w:w="1480"/>
            <w:shd w:fill="E8EEF5"/>
            <w:tcMar>
              <w:top w:w="100" w:type="dxa"/>
              <w:start w:w="120" w:type="dxa"/>
              <w:bottom w:w="100" w:type="dxa"/>
              <w:end w:w="120" w:type="dxa"/>
            </w:tcMar>
            <w:vAlign w:val="center"/>
          </w:tcPr>
          <w:p>
            <w:pPr>
              <w:spacing w:after="0"/>
            </w:pPr>
            <w:r/>
            <w:r>
              <w:rPr>
                <w:rFonts w:ascii="Arial" w:hAnsi="Arial"/>
                <w:b/>
                <w:color w:val="163663"/>
                <w:sz w:val="18"/>
              </w:rPr>
              <w:t>Expiry / renewal</w:t>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r>
        <w:trPr>
          <w:cantSplit/>
        </w:trPr>
        <w:tc>
          <w:tcPr>
            <w:tcW w:type="dxa" w:w="3450"/>
            <w:tcMar>
              <w:top w:w="100" w:type="dxa"/>
              <w:start w:w="120" w:type="dxa"/>
              <w:bottom w:w="100" w:type="dxa"/>
              <w:end w:w="120" w:type="dxa"/>
            </w:tcMar>
            <w:vAlign w:val="center"/>
          </w:tcPr>
          <w:p>
            <w:pPr>
              <w:spacing w:after="0"/>
            </w:pPr>
            <w:r/>
            <w:r>
              <w:br/>
            </w:r>
          </w:p>
        </w:tc>
        <w:tc>
          <w:tcPr>
            <w:tcW w:type="dxa" w:w="295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c>
          <w:tcPr>
            <w:tcW w:type="dxa" w:w="1480"/>
            <w:tcMar>
              <w:top w:w="100" w:type="dxa"/>
              <w:start w:w="120" w:type="dxa"/>
              <w:bottom w:w="100" w:type="dxa"/>
              <w:end w:w="120" w:type="dxa"/>
            </w:tcMar>
            <w:vAlign w:val="center"/>
          </w:tcPr>
          <w:p>
            <w:pPr>
              <w:spacing w:after="0"/>
            </w:pPr>
            <w:r/>
            <w:r>
              <w:br/>
            </w:r>
          </w:p>
        </w:tc>
      </w:tr>
    </w:tbl>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Qualifications or training currently being undertaken — provider, programme, expected completion and support required</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Membership of professional bodies, licences or other role-relevant accreditation</w:t>
            </w:r>
          </w:p>
        </w:tc>
      </w:tr>
      <w:tr>
        <w:trPr>
          <w:cantSplit/>
        </w:trPr>
        <w:tc>
          <w:tcPr>
            <w:tcW w:type="dxa" w:w="9360"/>
            <w:tcMar>
              <w:top w:w="100" w:type="dxa"/>
              <w:start w:w="120" w:type="dxa"/>
              <w:bottom w:w="100" w:type="dxa"/>
              <w:end w:w="120" w:type="dxa"/>
            </w:tcMar>
            <w:vAlign w:val="center"/>
            <w:shd w:fill="FFFFFF"/>
          </w:tcPr>
          <w:p>
            <w:pPr>
              <w:spacing w:after="0"/>
            </w:pPr>
            <w:r/>
            <w:r>
              <w:br/>
            </w:r>
            <w:r>
              <w:br/>
            </w:r>
          </w:p>
        </w:tc>
      </w:tr>
    </w:tbl>
    <w:p>
      <w:pPr>
        <w:spacing w:after="0"/>
      </w:pPr>
    </w:p>
    <w:p>
      <w:pPr>
        <w:pageBreakBefore/>
        <w:spacing w:after="0"/>
      </w:pPr>
    </w:p>
    <w:p>
      <w:pPr>
        <w:pStyle w:val="Heading1"/>
      </w:pPr>
      <w:r>
        <w:t>5. Full employment and activity history — most recent first</w:t>
      </w:r>
    </w:p>
    <w:p>
      <w:pPr>
        <w:spacing w:after="120"/>
      </w:pPr>
      <w:r>
        <w:rPr>
          <w:i/>
          <w:color w:val="5A6470"/>
        </w:rPr>
        <w:t>Account for every month from leaving school to the present. Include employment, agency work, self-employment, education, volunteering and other activity. Do not leave unexplained gaps.</w:t>
      </w:r>
    </w:p>
    <w:p>
      <w:pPr>
        <w:keepNext/>
        <w:spacing w:after="60"/>
      </w:pPr>
      <w:r>
        <w:rPr>
          <w:rFonts w:ascii="Arial" w:hAnsi="Arial"/>
          <w:b/>
          <w:color w:val="163663"/>
          <w:sz w:val="21"/>
        </w:rPr>
        <w:t>Employment / activity 1</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Employer / organisation</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and full address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Dates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From (month/year): ____________________   To (month/year): ____________________</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Role and duties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Job title and brief description of responsibilities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Employment type</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Full-time / part-time / temporary / agency / voluntary / self-employed / other</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Reason for leaving</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If current, explain why you are seeking to leave</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Manager / HR contact</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work email and telephone number for verification</w:t>
            </w:r>
          </w:p>
        </w:tc>
      </w:tr>
    </w:tbl>
    <w:p>
      <w:pPr>
        <w:spacing w:after="0"/>
      </w:pPr>
    </w:p>
    <w:p>
      <w:pPr>
        <w:keepNext/>
        <w:spacing w:after="60"/>
      </w:pPr>
      <w:r>
        <w:rPr>
          <w:rFonts w:ascii="Arial" w:hAnsi="Arial"/>
          <w:b/>
          <w:color w:val="163663"/>
          <w:sz w:val="21"/>
        </w:rPr>
        <w:t>Employment / activity 2</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Employer / organisation</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and full address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Dates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From (month/year): ____________________   To (month/year): ____________________</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Role and duties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Job title and brief description of responsibilities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Employment type</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Full-time / part-time / temporary / agency / voluntary / self-employed / other</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Reason for leaving</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If current, explain why you are seeking to leave</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Manager / HR contact</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work email and telephone number for verification</w:t>
            </w:r>
          </w:p>
        </w:tc>
      </w:tr>
    </w:tbl>
    <w:p>
      <w:pPr>
        <w:spacing w:after="0"/>
      </w:pPr>
    </w:p>
    <w:p>
      <w:pPr>
        <w:pageBreakBefore/>
        <w:spacing w:after="0"/>
      </w:pPr>
    </w:p>
    <w:p>
      <w:pPr>
        <w:pStyle w:val="Heading1"/>
      </w:pPr>
      <w:r>
        <w:t>5. Full employment and activity history — continued</w:t>
      </w:r>
    </w:p>
    <w:p>
      <w:pPr>
        <w:keepNext/>
        <w:spacing w:after="60"/>
      </w:pPr>
      <w:r>
        <w:rPr>
          <w:rFonts w:ascii="Arial" w:hAnsi="Arial"/>
          <w:b/>
          <w:color w:val="163663"/>
          <w:sz w:val="21"/>
        </w:rPr>
        <w:t>Employment / activity 3</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Employer / organisation</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and full address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Dates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From (month/year): ____________________   To (month/year): ____________________</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Role and duties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Job title and brief description of responsibilities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Employment type</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Full-time / part-time / temporary / agency / voluntary / self-employed / other</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Reason for leaving</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If current, explain why you are seeking to leave</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Manager / HR contact</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work email and telephone number for verification</w:t>
            </w:r>
          </w:p>
        </w:tc>
      </w:tr>
    </w:tbl>
    <w:p>
      <w:pPr>
        <w:spacing w:after="0"/>
      </w:pPr>
    </w:p>
    <w:p>
      <w:pPr>
        <w:keepNext/>
        <w:spacing w:after="60"/>
      </w:pPr>
      <w:r>
        <w:rPr>
          <w:rFonts w:ascii="Arial" w:hAnsi="Arial"/>
          <w:b/>
          <w:color w:val="163663"/>
          <w:sz w:val="21"/>
        </w:rPr>
        <w:t>Employment / activity 4</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Employer / organisation</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and full address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Dates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From (month/year): ____________________   To (month/year): ____________________</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Role and duties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Job title and brief description of responsibilities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Employment type</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Full-time / part-time / temporary / agency / voluntary / self-employed / other</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Reason for leaving</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If current, explain why you are seeking to leave</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Manager / HR contact</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work email and telephone number for verification</w:t>
            </w:r>
          </w:p>
        </w:tc>
      </w:tr>
    </w:tbl>
    <w:p>
      <w:pPr>
        <w:spacing w:after="0"/>
      </w:pPr>
    </w:p>
    <w:p>
      <w:pPr>
        <w:pageBreakBefore/>
        <w:spacing w:after="0"/>
      </w:pPr>
    </w:p>
    <w:p>
      <w:pPr>
        <w:pStyle w:val="Heading1"/>
      </w:pPr>
      <w:r>
        <w:t>5. Full employment and activity history — continued</w:t>
      </w:r>
    </w:p>
    <w:p>
      <w:pPr>
        <w:keepNext/>
        <w:spacing w:after="60"/>
      </w:pPr>
      <w:r>
        <w:rPr>
          <w:rFonts w:ascii="Arial" w:hAnsi="Arial"/>
          <w:b/>
          <w:color w:val="163663"/>
          <w:sz w:val="21"/>
        </w:rPr>
        <w:t>Employment / activity 5</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Employer / organisation</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and full address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Dates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From (month/year): ____________________   To (month/year): ____________________</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Role and duties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Job title and brief description of responsibilities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Employment type</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Full-time / part-time / temporary / agency / voluntary / self-employed / other</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Reason for leaving</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If current, explain why you are seeking to leave</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Manager / HR contact</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work email and telephone number for verification</w:t>
            </w:r>
          </w:p>
        </w:tc>
      </w:tr>
    </w:tbl>
    <w:p>
      <w:pPr>
        <w:spacing w:after="0"/>
      </w:pPr>
    </w:p>
    <w:p>
      <w:pPr>
        <w:keepNext/>
        <w:spacing w:after="60"/>
      </w:pPr>
      <w:r>
        <w:rPr>
          <w:rFonts w:ascii="Arial" w:hAnsi="Arial"/>
          <w:b/>
          <w:color w:val="163663"/>
          <w:sz w:val="21"/>
        </w:rPr>
        <w:t>Employment / activity 6</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Employer / organisation</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and full address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Dates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From (month/year): ____________________   To (month/year): ____________________</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Role and duties</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Job title and brief description of responsibilities</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Employment type</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Full-time / part-time / temporary / agency / voluntary / self-employed / other</w:t>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Reason for leaving</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If current, explain why you are seeking to leave</w:t>
            </w:r>
            <w:r>
              <w:br/>
            </w:r>
          </w:p>
        </w:tc>
      </w:tr>
      <w:tr>
        <w:trPr>
          <w:cantSplit/>
        </w:trPr>
        <w:tc>
          <w:tcPr>
            <w:tcW w:type="dxa" w:w="2600"/>
            <w:shd w:fill="E8EEF5"/>
            <w:tcMar>
              <w:top w:w="66" w:type="dxa"/>
              <w:start w:w="120" w:type="dxa"/>
              <w:bottom w:w="66" w:type="dxa"/>
              <w:end w:w="120" w:type="dxa"/>
            </w:tcMar>
            <w:vAlign w:val="center"/>
          </w:tcPr>
          <w:p>
            <w:pPr>
              <w:spacing w:after="0"/>
            </w:pPr>
            <w:r/>
            <w:r>
              <w:rPr>
                <w:rFonts w:ascii="Arial" w:hAnsi="Arial"/>
                <w:b/>
                <w:color w:val="163663"/>
                <w:sz w:val="18"/>
              </w:rPr>
              <w:t>Manager / HR contact</w:t>
            </w:r>
          </w:p>
        </w:tc>
        <w:tc>
          <w:tcPr>
            <w:tcW w:type="dxa" w:w="6760"/>
            <w:tcMar>
              <w:top w:w="66" w:type="dxa"/>
              <w:start w:w="120" w:type="dxa"/>
              <w:bottom w:w="66" w:type="dxa"/>
              <w:end w:w="120" w:type="dxa"/>
            </w:tcMar>
            <w:vAlign w:val="center"/>
          </w:tcPr>
          <w:p>
            <w:pPr>
              <w:spacing w:after="0"/>
            </w:pPr>
            <w:r/>
            <w:r>
              <w:rPr>
                <w:rFonts w:ascii="Arial" w:hAnsi="Arial"/>
                <w:b w:val="0"/>
                <w:color w:val="5A6470"/>
                <w:sz w:val="18"/>
              </w:rPr>
              <w:t>Name, work email and telephone number for verification</w:t>
            </w:r>
          </w:p>
        </w:tc>
      </w:tr>
    </w:tbl>
    <w:p>
      <w:pPr>
        <w:spacing w:after="0"/>
      </w:pPr>
    </w:p>
    <w:p>
      <w:pPr>
        <w:pageBreakBefore/>
        <w:spacing w:after="0"/>
      </w:pPr>
    </w:p>
    <w:p>
      <w:pPr>
        <w:pStyle w:val="Heading1"/>
      </w:pPr>
      <w:r>
        <w:t>6. Gaps, overseas history and verification</w:t>
      </w:r>
    </w:p>
    <w:p>
      <w:pPr>
        <w:spacing w:after="120"/>
      </w:pPr>
      <w:r>
        <w:rPr>
          <w:i/>
          <w:color w:val="5A6470"/>
        </w:rPr>
        <w:t>Every period must be accounted for. Celestial Care will verify reasons for leaving as far as reasonably possible.</w:t>
      </w: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Explain every gap between the dates above — include month/year dates and activity, such as unemployment, caring, travel or illness. Do not provide unnecessary medical detail.</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Have you lived or worked outside the UK? Give country, dates, activity/employer and the documents or contacts that may help verify the period.</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Give any further information needed to verify a previous employer, agency, self-employment, voluntary role or organisation that has closed.</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p>
        </w:tc>
      </w:tr>
    </w:tbl>
    <w:p>
      <w:pPr>
        <w:spacing w:after="0"/>
      </w:pPr>
    </w:p>
    <w:p>
      <w:pPr>
        <w:pageBreakBefore/>
        <w:spacing w:after="0"/>
      </w:pPr>
    </w:p>
    <w:p>
      <w:pPr>
        <w:pStyle w:val="Heading1"/>
      </w:pPr>
      <w:r>
        <w:t>7. Supporting statement</w:t>
      </w:r>
    </w:p>
    <w:p>
      <w:pPr>
        <w:spacing w:after="120"/>
      </w:pPr>
      <w:r>
        <w:rPr>
          <w:i/>
          <w:color w:val="5A6470"/>
        </w:rPr>
        <w:t>Use the job description and person specification. Give concise examples showing what you did, why you acted, and the outcome for children or others.</w:t>
      </w: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Why are you applying to Celestial Care, and what attracts you to children’s residential care?</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Explain how your experience, knowledge, values and transferable skills meet the person specification.</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Give an example of building a safe, respectful relationship while maintaining professional boundaries.</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p>
        </w:tc>
      </w:tr>
    </w:tbl>
    <w:p>
      <w:pPr>
        <w:spacing w:after="0"/>
      </w:pPr>
    </w:p>
    <w:p>
      <w:pPr>
        <w:pageBreakBefore/>
        <w:spacing w:after="0"/>
      </w:pPr>
    </w:p>
    <w:p>
      <w:pPr>
        <w:pStyle w:val="Heading1"/>
      </w:pPr>
      <w:r>
        <w:t>7. Supporting statement — continued</w:t>
      </w: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Give an example of responding calmly to risk, distress or behaviour that challenged you. What did you learn?</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How would you respond if you were worried about a colleague’s conduct or a child’s safety?</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How do you promote equality, identity, dignity, participation and children’s rights in day-to-day care?</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Any other relevant information not covered elsewhere</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p>
        </w:tc>
      </w:tr>
    </w:tbl>
    <w:p>
      <w:pPr>
        <w:spacing w:after="0"/>
      </w:pPr>
    </w:p>
    <w:p>
      <w:pPr>
        <w:pageBreakBefore/>
        <w:spacing w:after="0"/>
      </w:pPr>
    </w:p>
    <w:p>
      <w:pPr>
        <w:pStyle w:val="Heading1"/>
      </w:pPr>
      <w:r>
        <w:t>8. Safeguarding and suitability declarations</w:t>
      </w:r>
    </w:p>
    <w:p>
      <w:pPr>
        <w:spacing w:after="120"/>
      </w:pPr>
      <w:r>
        <w:rPr>
          <w:i/>
          <w:color w:val="5A6470"/>
        </w:rPr>
        <w:t>Answer all questions. A ‘Yes’ answer does not automatically prevent appointment; it will be considered fairly, confidentially and in relation to the role. Do not identify children unnecessarily.</w:t>
      </w:r>
    </w:p>
    <w:tbl>
      <w:tblPr>
        <w:tblStyle w:val="TableGrid"/>
        <w:tblW w:type="dxa" w:w="9360"/>
        <w:jc w:val="center"/>
        <w:tblLayout w:type="fixed"/>
        <w:tblLook w:firstColumn="1" w:firstRow="1" w:lastColumn="0" w:lastRow="0" w:noHBand="0" w:noVBand="1" w:val="04A0"/>
        <w:tblInd w:w="120" w:type="dxa"/>
      </w:tblPr>
      <w:tblGrid>
        <w:gridCol w:w="2700"/>
        <w:gridCol w:w="6660"/>
      </w:tblGrid>
      <w:tr>
        <w:trPr>
          <w:cantSplit/>
        </w:trPr>
        <w:tc>
          <w:tcPr>
            <w:tcW w:type="dxa" w:w="2700"/>
            <w:shd w:fill="E8EEF5"/>
            <w:tcMar>
              <w:top w:w="80" w:type="dxa"/>
              <w:start w:w="120" w:type="dxa"/>
              <w:bottom w:w="80" w:type="dxa"/>
              <w:end w:w="120" w:type="dxa"/>
            </w:tcMar>
            <w:vAlign w:val="center"/>
          </w:tcPr>
          <w:p>
            <w:pPr>
              <w:spacing w:after="0"/>
            </w:pPr>
            <w:r/>
            <w:r>
              <w:rPr>
                <w:rFonts w:ascii="Arial" w:hAnsi="Arial"/>
                <w:b/>
                <w:color w:val="163663"/>
                <w:sz w:val="18"/>
              </w:rPr>
              <w:t>Safeguarding concern</w:t>
            </w:r>
          </w:p>
        </w:tc>
        <w:tc>
          <w:tcPr>
            <w:tcW w:type="dxa" w:w="6660"/>
            <w:tcMar>
              <w:top w:w="80" w:type="dxa"/>
              <w:start w:w="120" w:type="dxa"/>
              <w:bottom w:w="80" w:type="dxa"/>
              <w:end w:w="120" w:type="dxa"/>
            </w:tcMar>
            <w:vAlign w:val="center"/>
          </w:tcPr>
          <w:p>
            <w:pPr>
              <w:spacing w:after="0"/>
            </w:pPr>
            <w:r/>
            <w:r>
              <w:rPr>
                <w:rFonts w:ascii="Arial" w:hAnsi="Arial"/>
                <w:b w:val="0"/>
                <w:color w:val="5A6470"/>
                <w:sz w:val="18"/>
              </w:rPr>
              <w:t>Have you ever been the subject of an allegation, complaint, investigation or finding concerning the safety or welfare of a child or adult at risk?  Yes / No</w:t>
            </w:r>
            <w:r>
              <w:br/>
            </w:r>
          </w:p>
        </w:tc>
      </w:tr>
      <w:tr>
        <w:trPr>
          <w:cantSplit/>
        </w:trPr>
        <w:tc>
          <w:tcPr>
            <w:tcW w:type="dxa" w:w="2700"/>
            <w:shd w:fill="E8EEF5"/>
            <w:tcMar>
              <w:top w:w="80" w:type="dxa"/>
              <w:start w:w="120" w:type="dxa"/>
              <w:bottom w:w="80" w:type="dxa"/>
              <w:end w:w="120" w:type="dxa"/>
            </w:tcMar>
            <w:vAlign w:val="center"/>
          </w:tcPr>
          <w:p>
            <w:pPr>
              <w:spacing w:after="0"/>
            </w:pPr>
            <w:r/>
            <w:r>
              <w:rPr>
                <w:rFonts w:ascii="Arial" w:hAnsi="Arial"/>
                <w:b/>
                <w:color w:val="163663"/>
                <w:sz w:val="18"/>
              </w:rPr>
              <w:t>Disciplinary / capability</w:t>
            </w:r>
          </w:p>
        </w:tc>
        <w:tc>
          <w:tcPr>
            <w:tcW w:type="dxa" w:w="6660"/>
            <w:tcMar>
              <w:top w:w="80" w:type="dxa"/>
              <w:start w:w="120" w:type="dxa"/>
              <w:bottom w:w="80" w:type="dxa"/>
              <w:end w:w="120" w:type="dxa"/>
            </w:tcMar>
            <w:vAlign w:val="center"/>
          </w:tcPr>
          <w:p>
            <w:pPr>
              <w:spacing w:after="0"/>
            </w:pPr>
            <w:r/>
            <w:r>
              <w:rPr>
                <w:rFonts w:ascii="Arial" w:hAnsi="Arial"/>
                <w:b w:val="0"/>
                <w:color w:val="5A6470"/>
                <w:sz w:val="18"/>
              </w:rPr>
              <w:t>Have you ever been subject to formal disciplinary, capability or misconduct action relevant to your suitability to work with children, including an unresolved process when employment ended?  Yes / No</w:t>
            </w:r>
            <w:r>
              <w:br/>
            </w:r>
          </w:p>
        </w:tc>
      </w:tr>
      <w:tr>
        <w:trPr>
          <w:cantSplit/>
        </w:trPr>
        <w:tc>
          <w:tcPr>
            <w:tcW w:type="dxa" w:w="2700"/>
            <w:shd w:fill="E8EEF5"/>
            <w:tcMar>
              <w:top w:w="80" w:type="dxa"/>
              <w:start w:w="120" w:type="dxa"/>
              <w:bottom w:w="80" w:type="dxa"/>
              <w:end w:w="120" w:type="dxa"/>
            </w:tcMar>
            <w:vAlign w:val="center"/>
          </w:tcPr>
          <w:p>
            <w:pPr>
              <w:spacing w:after="0"/>
            </w:pPr>
            <w:r/>
            <w:r>
              <w:rPr>
                <w:rFonts w:ascii="Arial" w:hAnsi="Arial"/>
                <w:b/>
                <w:color w:val="163663"/>
                <w:sz w:val="18"/>
              </w:rPr>
              <w:t>Employment restriction</w:t>
            </w:r>
          </w:p>
        </w:tc>
        <w:tc>
          <w:tcPr>
            <w:tcW w:type="dxa" w:w="6660"/>
            <w:tcMar>
              <w:top w:w="80" w:type="dxa"/>
              <w:start w:w="120" w:type="dxa"/>
              <w:bottom w:w="80" w:type="dxa"/>
              <w:end w:w="120" w:type="dxa"/>
            </w:tcMar>
            <w:vAlign w:val="center"/>
          </w:tcPr>
          <w:p>
            <w:pPr>
              <w:spacing w:after="0"/>
            </w:pPr>
            <w:r/>
            <w:r>
              <w:rPr>
                <w:rFonts w:ascii="Arial" w:hAnsi="Arial"/>
                <w:b w:val="0"/>
                <w:color w:val="5A6470"/>
                <w:sz w:val="18"/>
              </w:rPr>
              <w:t>Have you ever been dismissed, suspended, redeployed, resigned during an investigation, or left a role in circumstances relevant to safeguarding or professional suitability?  Yes / No</w:t>
            </w:r>
            <w:r>
              <w:br/>
            </w:r>
          </w:p>
        </w:tc>
      </w:tr>
      <w:tr>
        <w:trPr>
          <w:cantSplit/>
        </w:trPr>
        <w:tc>
          <w:tcPr>
            <w:tcW w:type="dxa" w:w="2700"/>
            <w:shd w:fill="E8EEF5"/>
            <w:tcMar>
              <w:top w:w="80" w:type="dxa"/>
              <w:start w:w="120" w:type="dxa"/>
              <w:bottom w:w="80" w:type="dxa"/>
              <w:end w:w="120" w:type="dxa"/>
            </w:tcMar>
            <w:vAlign w:val="center"/>
          </w:tcPr>
          <w:p>
            <w:pPr>
              <w:spacing w:after="0"/>
            </w:pPr>
            <w:r/>
            <w:r>
              <w:rPr>
                <w:rFonts w:ascii="Arial" w:hAnsi="Arial"/>
                <w:b/>
                <w:color w:val="163663"/>
                <w:sz w:val="18"/>
              </w:rPr>
              <w:t>Regulatory action</w:t>
            </w:r>
          </w:p>
        </w:tc>
        <w:tc>
          <w:tcPr>
            <w:tcW w:type="dxa" w:w="6660"/>
            <w:tcMar>
              <w:top w:w="80" w:type="dxa"/>
              <w:start w:w="120" w:type="dxa"/>
              <w:bottom w:w="80" w:type="dxa"/>
              <w:end w:w="120" w:type="dxa"/>
            </w:tcMar>
            <w:vAlign w:val="center"/>
          </w:tcPr>
          <w:p>
            <w:pPr>
              <w:spacing w:after="0"/>
            </w:pPr>
            <w:r/>
            <w:r>
              <w:rPr>
                <w:rFonts w:ascii="Arial" w:hAnsi="Arial"/>
                <w:b w:val="0"/>
                <w:color w:val="5A6470"/>
                <w:sz w:val="18"/>
              </w:rPr>
              <w:t>Has a professional, regulatory, commissioning or inspection body ever imposed a restriction, sanction or adverse finding relevant to this work?  Yes / No</w:t>
            </w:r>
            <w:r>
              <w:br/>
            </w:r>
          </w:p>
        </w:tc>
      </w:tr>
      <w:tr>
        <w:trPr>
          <w:cantSplit/>
        </w:trPr>
        <w:tc>
          <w:tcPr>
            <w:tcW w:type="dxa" w:w="2700"/>
            <w:shd w:fill="E8EEF5"/>
            <w:tcMar>
              <w:top w:w="80" w:type="dxa"/>
              <w:start w:w="120" w:type="dxa"/>
              <w:bottom w:w="80" w:type="dxa"/>
              <w:end w:w="120" w:type="dxa"/>
            </w:tcMar>
            <w:vAlign w:val="center"/>
          </w:tcPr>
          <w:p>
            <w:pPr>
              <w:spacing w:after="0"/>
            </w:pPr>
            <w:r/>
            <w:r>
              <w:rPr>
                <w:rFonts w:ascii="Arial" w:hAnsi="Arial"/>
                <w:b/>
                <w:color w:val="163663"/>
                <w:sz w:val="18"/>
              </w:rPr>
              <w:t>Barred / prohibited</w:t>
            </w:r>
          </w:p>
        </w:tc>
        <w:tc>
          <w:tcPr>
            <w:tcW w:type="dxa" w:w="6660"/>
            <w:tcMar>
              <w:top w:w="80" w:type="dxa"/>
              <w:start w:w="120" w:type="dxa"/>
              <w:bottom w:w="80" w:type="dxa"/>
              <w:end w:w="120" w:type="dxa"/>
            </w:tcMar>
            <w:vAlign w:val="center"/>
          </w:tcPr>
          <w:p>
            <w:pPr>
              <w:spacing w:after="0"/>
            </w:pPr>
            <w:r/>
            <w:r>
              <w:rPr>
                <w:rFonts w:ascii="Arial" w:hAnsi="Arial"/>
                <w:b w:val="0"/>
                <w:color w:val="5A6470"/>
                <w:sz w:val="18"/>
              </w:rPr>
              <w:t>Are you barred or prohibited from work or regulated activity that this role requires, or subject to a current legal restriction affecting such work?  Yes / No</w:t>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If you answered Yes, give dates, organisation/body, nature and outcome. If the matter is confidential, state this and provide a safe contact route for discussion.</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p>
      <w:pPr>
        <w:spacing w:before="60"/>
      </w:pPr>
      <w:r>
        <w:rPr>
          <w:rFonts w:ascii="Arial" w:hAnsi="Arial"/>
          <w:b/>
          <w:color w:val="163663"/>
          <w:sz w:val="18"/>
        </w:rPr>
        <w:t xml:space="preserve">Important: </w:t>
      </w:r>
      <w:r>
        <w:rPr>
          <w:rFonts w:ascii="Arial" w:hAnsi="Arial"/>
          <w:b w:val="0"/>
          <w:sz w:val="18"/>
        </w:rPr>
        <w:t>It is a criminal offence for a person who is barred from regulated activity with children to seek or engage in that activity.</w:t>
      </w:r>
    </w:p>
    <w:p>
      <w:pPr>
        <w:pageBreakBefore/>
        <w:spacing w:after="0"/>
      </w:pPr>
    </w:p>
    <w:p>
      <w:pPr>
        <w:pStyle w:val="Heading1"/>
      </w:pPr>
      <w:r>
        <w:t>9. References</w:t>
      </w:r>
    </w:p>
    <w:p>
      <w:pPr>
        <w:spacing w:after="120"/>
      </w:pPr>
      <w:r>
        <w:rPr>
          <w:i/>
          <w:color w:val="5A6470"/>
        </w:rPr>
        <w:t>Two satisfactory written references are required, including your most recent employer if you have one. If you have previously worked with children or adults at risk, provide the employer from your most recent such role. Referees must not be relatives, partners or close friends. Celestial Care will contact organisations directly and verify the source.</w:t>
      </w:r>
    </w:p>
    <w:tbl>
      <w:tblPr>
        <w:tblStyle w:val="TableGrid"/>
        <w:tblW w:type="dxa" w:w="9360"/>
        <w:jc w:val="center"/>
        <w:tblLayout w:type="fixed"/>
        <w:tblLook w:firstColumn="1" w:firstRow="1" w:lastColumn="0" w:lastRow="0" w:noHBand="0" w:noVBand="1" w:val="04A0"/>
        <w:tblInd w:w="120" w:type="dxa"/>
      </w:tblPr>
      <w:tblGrid>
        <w:gridCol w:w="2900"/>
        <w:gridCol w:w="6460"/>
      </w:tblGrid>
      <w:tr>
        <w:trPr>
          <w:cantSplit/>
        </w:trPr>
        <w:tc>
          <w:tcPr>
            <w:tcW w:type="dxa" w:w="2900"/>
            <w:shd w:fill="E8EEF5"/>
            <w:tcMar>
              <w:top w:w="82" w:type="dxa"/>
              <w:start w:w="120" w:type="dxa"/>
              <w:bottom w:w="82" w:type="dxa"/>
              <w:end w:w="120" w:type="dxa"/>
            </w:tcMar>
            <w:vAlign w:val="center"/>
          </w:tcPr>
          <w:p>
            <w:pPr>
              <w:spacing w:after="0"/>
            </w:pPr>
            <w:r/>
            <w:r>
              <w:rPr>
                <w:rFonts w:ascii="Arial" w:hAnsi="Arial"/>
                <w:b/>
                <w:color w:val="163663"/>
                <w:sz w:val="18"/>
              </w:rPr>
              <w:t>Referee 1 — most recent employer</w:t>
            </w:r>
          </w:p>
        </w:tc>
        <w:tc>
          <w:tcPr>
            <w:tcW w:type="dxa" w:w="6460"/>
            <w:tcMar>
              <w:top w:w="82" w:type="dxa"/>
              <w:start w:w="120" w:type="dxa"/>
              <w:bottom w:w="82" w:type="dxa"/>
              <w:end w:w="120" w:type="dxa"/>
            </w:tcMar>
            <w:vAlign w:val="center"/>
          </w:tcPr>
          <w:p>
            <w:pPr>
              <w:spacing w:after="0"/>
            </w:pPr>
            <w:r/>
            <w:r>
              <w:rPr>
                <w:rFonts w:ascii="Arial" w:hAnsi="Arial"/>
                <w:b w:val="0"/>
                <w:color w:val="5A6470"/>
                <w:sz w:val="18"/>
              </w:rPr>
              <w:t>Name and job title:</w:t>
              <w:br/>
              <w:t>Organisation and address:</w:t>
              <w:br/>
              <w:t>Work email and telephone:</w:t>
              <w:br/>
              <w:t>Employment dates / relationship:</w:t>
              <w:br/>
              <w:t>May we contact before conditional offer?  Yes / No</w:t>
            </w:r>
            <w:r>
              <w:br/>
            </w:r>
            <w:r>
              <w:br/>
            </w:r>
            <w:r>
              <w:br/>
            </w:r>
            <w:r>
              <w:br/>
            </w:r>
            <w:r>
              <w:br/>
            </w:r>
          </w:p>
        </w:tc>
      </w:tr>
      <w:tr>
        <w:trPr>
          <w:cantSplit/>
        </w:trPr>
        <w:tc>
          <w:tcPr>
            <w:tcW w:type="dxa" w:w="2900"/>
            <w:shd w:fill="E8EEF5"/>
            <w:tcMar>
              <w:top w:w="82" w:type="dxa"/>
              <w:start w:w="120" w:type="dxa"/>
              <w:bottom w:w="82" w:type="dxa"/>
              <w:end w:w="120" w:type="dxa"/>
            </w:tcMar>
            <w:vAlign w:val="center"/>
          </w:tcPr>
          <w:p>
            <w:pPr>
              <w:spacing w:after="0"/>
            </w:pPr>
            <w:r/>
            <w:r>
              <w:rPr>
                <w:rFonts w:ascii="Arial" w:hAnsi="Arial"/>
                <w:b/>
                <w:color w:val="163663"/>
                <w:sz w:val="18"/>
              </w:rPr>
              <w:t>Referee 2 — most recent children / care role</w:t>
            </w:r>
          </w:p>
        </w:tc>
        <w:tc>
          <w:tcPr>
            <w:tcW w:type="dxa" w:w="6460"/>
            <w:tcMar>
              <w:top w:w="82" w:type="dxa"/>
              <w:start w:w="120" w:type="dxa"/>
              <w:bottom w:w="82" w:type="dxa"/>
              <w:end w:w="120" w:type="dxa"/>
            </w:tcMar>
            <w:vAlign w:val="center"/>
          </w:tcPr>
          <w:p>
            <w:pPr>
              <w:spacing w:after="0"/>
            </w:pPr>
            <w:r/>
            <w:r>
              <w:rPr>
                <w:rFonts w:ascii="Arial" w:hAnsi="Arial"/>
                <w:b w:val="0"/>
                <w:color w:val="5A6470"/>
                <w:sz w:val="18"/>
              </w:rPr>
              <w:t>Name and job title:</w:t>
              <w:br/>
              <w:t>Organisation and address:</w:t>
              <w:br/>
              <w:t>Work email and telephone:</w:t>
              <w:br/>
              <w:t>Employment dates / relationship:</w:t>
              <w:br/>
              <w:t>May we contact before conditional offer?  Yes / No</w:t>
            </w:r>
            <w:r>
              <w:br/>
            </w:r>
            <w:r>
              <w:br/>
            </w:r>
            <w:r>
              <w:br/>
            </w:r>
            <w:r>
              <w:br/>
            </w:r>
            <w:r>
              <w:br/>
            </w:r>
          </w:p>
        </w:tc>
      </w:tr>
      <w:tr>
        <w:trPr>
          <w:cantSplit/>
        </w:trPr>
        <w:tc>
          <w:tcPr>
            <w:tcW w:type="dxa" w:w="2900"/>
            <w:shd w:fill="E8EEF5"/>
            <w:tcMar>
              <w:top w:w="82" w:type="dxa"/>
              <w:start w:w="120" w:type="dxa"/>
              <w:bottom w:w="82" w:type="dxa"/>
              <w:end w:w="120" w:type="dxa"/>
            </w:tcMar>
            <w:vAlign w:val="center"/>
          </w:tcPr>
          <w:p>
            <w:pPr>
              <w:spacing w:after="0"/>
            </w:pPr>
            <w:r/>
            <w:r>
              <w:rPr>
                <w:rFonts w:ascii="Arial" w:hAnsi="Arial"/>
                <w:b/>
                <w:color w:val="163663"/>
                <w:sz w:val="18"/>
              </w:rPr>
              <w:t>Referee 3 — professional (optional)</w:t>
            </w:r>
          </w:p>
        </w:tc>
        <w:tc>
          <w:tcPr>
            <w:tcW w:type="dxa" w:w="6460"/>
            <w:tcMar>
              <w:top w:w="82" w:type="dxa"/>
              <w:start w:w="120" w:type="dxa"/>
              <w:bottom w:w="82" w:type="dxa"/>
              <w:end w:w="120" w:type="dxa"/>
            </w:tcMar>
            <w:vAlign w:val="center"/>
          </w:tcPr>
          <w:p>
            <w:pPr>
              <w:spacing w:after="0"/>
            </w:pPr>
            <w:r/>
            <w:r>
              <w:rPr>
                <w:rFonts w:ascii="Arial" w:hAnsi="Arial"/>
                <w:b w:val="0"/>
                <w:color w:val="5A6470"/>
                <w:sz w:val="18"/>
              </w:rPr>
              <w:t>Name and job title:</w:t>
              <w:br/>
              <w:t>Organisation and address:</w:t>
              <w:br/>
              <w:t>Work email and telephone:</w:t>
              <w:br/>
              <w:t>Professional relationship and dates:</w:t>
              <w:br/>
              <w:t>May we contact before conditional offer?  Yes / No</w:t>
            </w:r>
            <w:r>
              <w:br/>
            </w:r>
            <w:r>
              <w:br/>
            </w:r>
            <w:r>
              <w:br/>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If permission to contact a referee is restricted, explain why and state when contact may be made. Appointment cannot be confirmed until required references and checks are satisfactory.</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p>
        </w:tc>
      </w:tr>
    </w:tbl>
    <w:p>
      <w:pPr>
        <w:spacing w:after="0"/>
      </w:pPr>
    </w:p>
    <w:p>
      <w:pPr>
        <w:pageBreakBefore/>
        <w:spacing w:after="0"/>
      </w:pPr>
    </w:p>
    <w:p>
      <w:pPr>
        <w:pStyle w:val="Heading1"/>
      </w:pPr>
      <w:r>
        <w:t>10. Availability and role requirements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Notice period</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Current notice period and earliest available start date</w:t>
            </w:r>
          </w:p>
        </w:tc>
      </w:tr>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Rota availability</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Days / nights / weekends / bank holidays / sleep-ins, as required by the advertised role</w:t>
            </w:r>
            <w:r>
              <w:br/>
            </w:r>
          </w:p>
        </w:tc>
      </w:tr>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Known commitments</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Any existing commitment that materially affects the advertised working pattern</w:t>
            </w:r>
            <w:r>
              <w:br/>
            </w:r>
          </w:p>
        </w:tc>
      </w:tr>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Driving — if essential</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Do you hold the licence required by the job description?  Yes / No / Not applicable</w:t>
            </w:r>
          </w:p>
        </w:tc>
      </w:tr>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Licence restrictions</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Automatic only / provisional / current endorsements or restrictions relevant to driving duties</w:t>
            </w:r>
            <w:r>
              <w:br/>
            </w:r>
          </w:p>
        </w:tc>
      </w:tr>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Travel — if essential</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Can you meet the travel requirements in the job description, with reasonable adjustments if needed?  Yes / No / Not applicable</w:t>
            </w:r>
          </w:p>
        </w:tc>
      </w:tr>
      <w:tr>
        <w:trPr>
          <w:cantSplit/>
        </w:trPr>
        <w:tc>
          <w:tcPr>
            <w:tcW w:type="dxa" w:w="2600"/>
            <w:shd w:fill="E8EEF5"/>
            <w:tcMar>
              <w:top w:w="78" w:type="dxa"/>
              <w:start w:w="120" w:type="dxa"/>
              <w:bottom w:w="78" w:type="dxa"/>
              <w:end w:w="120" w:type="dxa"/>
            </w:tcMar>
            <w:vAlign w:val="center"/>
          </w:tcPr>
          <w:p>
            <w:pPr>
              <w:spacing w:after="0"/>
            </w:pPr>
            <w:r/>
            <w:r>
              <w:rPr>
                <w:rFonts w:ascii="Arial" w:hAnsi="Arial"/>
                <w:b/>
                <w:color w:val="163663"/>
                <w:sz w:val="18"/>
              </w:rPr>
              <w:t>Relationship / conflict</w:t>
            </w:r>
          </w:p>
        </w:tc>
        <w:tc>
          <w:tcPr>
            <w:tcW w:type="dxa" w:w="6760"/>
            <w:tcMar>
              <w:top w:w="78" w:type="dxa"/>
              <w:start w:w="120" w:type="dxa"/>
              <w:bottom w:w="78" w:type="dxa"/>
              <w:end w:w="120" w:type="dxa"/>
            </w:tcMar>
            <w:vAlign w:val="center"/>
          </w:tcPr>
          <w:p>
            <w:pPr>
              <w:spacing w:after="0"/>
            </w:pPr>
            <w:r/>
            <w:r>
              <w:rPr>
                <w:rFonts w:ascii="Arial" w:hAnsi="Arial"/>
                <w:b w:val="0"/>
                <w:color w:val="5A6470"/>
                <w:sz w:val="18"/>
              </w:rPr>
              <w:t>Do you have a personal, family or business relationship with a Celestial Care worker, director, child, family member or professional that may create an actual or perceived conflict?  Yes / No</w:t>
            </w:r>
            <w:r>
              <w:br/>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If you answered Yes to a restriction or conflict, give relevant details. Do not provide unnecessary private information.</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p>
        </w:tc>
      </w:tr>
    </w:tbl>
    <w:p>
      <w:pPr>
        <w:spacing w:after="0"/>
      </w:pPr>
    </w:p>
    <w:p>
      <w:pPr>
        <w:pageBreakBefore/>
        <w:spacing w:after="0"/>
      </w:pPr>
    </w:p>
    <w:p>
      <w:pPr>
        <w:pStyle w:val="Heading1"/>
      </w:pPr>
      <w:r>
        <w:t>11. Confidential criminal-record declaration</w:t>
      </w:r>
    </w:p>
    <w:p>
      <w:pPr>
        <w:spacing w:after="120"/>
      </w:pPr>
      <w:r>
        <w:rPr>
          <w:i/>
          <w:color w:val="5A6470"/>
        </w:rPr>
        <w:t>This section must be restricted to authorised recruitment decision-makers. The role will normally be eligible for an Enhanced DBS check and, where it is regulated activity, a check of the children’s barred list. Read current DBS filtering guidance before answering.</w:t>
      </w:r>
    </w:p>
    <w:p>
      <w:r>
        <w:t>You are not required to disclose a protected conviction or protected caution. Celestial Care must not take protected information into account. Any information lawfully disclosed will be assessed individually for relevance, seriousness, circumstances, time elapsed, evidence of change and risk; it will not automatically prevent appointment.</w:t>
      </w:r>
    </w:p>
    <w:tbl>
      <w:tblPr>
        <w:tblStyle w:val="TableGrid"/>
        <w:tblW w:type="dxa" w:w="9360"/>
        <w:jc w:val="center"/>
        <w:tblLayout w:type="fixed"/>
        <w:tblLook w:firstColumn="1" w:firstRow="1" w:lastColumn="0" w:lastRow="0" w:noHBand="0" w:noVBand="1" w:val="04A0"/>
        <w:tblInd w:w="120" w:type="dxa"/>
      </w:tblPr>
      <w:tblGrid>
        <w:gridCol w:w="2700"/>
        <w:gridCol w:w="6660"/>
      </w:tblGrid>
      <w:tr>
        <w:trPr>
          <w:cantSplit/>
        </w:trPr>
        <w:tc>
          <w:tcPr>
            <w:tcW w:type="dxa" w:w="2700"/>
            <w:shd w:fill="E8EEF5"/>
            <w:tcMar>
              <w:top w:w="90" w:type="dxa"/>
              <w:start w:w="120" w:type="dxa"/>
              <w:bottom w:w="90" w:type="dxa"/>
              <w:end w:w="120" w:type="dxa"/>
            </w:tcMar>
            <w:vAlign w:val="center"/>
          </w:tcPr>
          <w:p>
            <w:pPr>
              <w:spacing w:after="0"/>
            </w:pPr>
            <w:r/>
            <w:r>
              <w:rPr>
                <w:rFonts w:ascii="Arial" w:hAnsi="Arial"/>
                <w:b/>
                <w:color w:val="163663"/>
                <w:sz w:val="18"/>
              </w:rPr>
              <w:t>Unspent record</w:t>
            </w:r>
          </w:p>
        </w:tc>
        <w:tc>
          <w:tcPr>
            <w:tcW w:type="dxa" w:w="6660"/>
            <w:tcMar>
              <w:top w:w="90" w:type="dxa"/>
              <w:start w:w="120" w:type="dxa"/>
              <w:bottom w:w="90" w:type="dxa"/>
              <w:end w:w="120" w:type="dxa"/>
            </w:tcMar>
            <w:vAlign w:val="center"/>
          </w:tcPr>
          <w:p>
            <w:pPr>
              <w:spacing w:after="0"/>
            </w:pPr>
            <w:r/>
            <w:r>
              <w:rPr>
                <w:rFonts w:ascii="Arial" w:hAnsi="Arial"/>
                <w:b w:val="0"/>
                <w:color w:val="5A6470"/>
                <w:sz w:val="18"/>
              </w:rPr>
              <w:t>Do you have any unspent conditional cautions or convictions under the Rehabilitation of Offenders Act 1974?  Yes / No</w:t>
            </w:r>
            <w:r>
              <w:br/>
            </w:r>
          </w:p>
        </w:tc>
      </w:tr>
      <w:tr>
        <w:trPr>
          <w:cantSplit/>
        </w:trPr>
        <w:tc>
          <w:tcPr>
            <w:tcW w:type="dxa" w:w="2700"/>
            <w:shd w:fill="E8EEF5"/>
            <w:tcMar>
              <w:top w:w="90" w:type="dxa"/>
              <w:start w:w="120" w:type="dxa"/>
              <w:bottom w:w="90" w:type="dxa"/>
              <w:end w:w="120" w:type="dxa"/>
            </w:tcMar>
            <w:vAlign w:val="center"/>
          </w:tcPr>
          <w:p>
            <w:pPr>
              <w:spacing w:after="0"/>
            </w:pPr>
            <w:r/>
            <w:r>
              <w:rPr>
                <w:rFonts w:ascii="Arial" w:hAnsi="Arial"/>
                <w:b/>
                <w:color w:val="163663"/>
                <w:sz w:val="18"/>
              </w:rPr>
              <w:t>Other disclosable record</w:t>
            </w:r>
          </w:p>
        </w:tc>
        <w:tc>
          <w:tcPr>
            <w:tcW w:type="dxa" w:w="6660"/>
            <w:tcMar>
              <w:top w:w="90" w:type="dxa"/>
              <w:start w:w="120" w:type="dxa"/>
              <w:bottom w:w="90" w:type="dxa"/>
              <w:end w:w="120" w:type="dxa"/>
            </w:tcMar>
            <w:vAlign w:val="center"/>
          </w:tcPr>
          <w:p>
            <w:pPr>
              <w:spacing w:after="0"/>
            </w:pPr>
            <w:r/>
            <w:r>
              <w:rPr>
                <w:rFonts w:ascii="Arial" w:hAnsi="Arial"/>
                <w:b w:val="0"/>
                <w:color w:val="5A6470"/>
                <w:sz w:val="18"/>
              </w:rPr>
              <w:t>Do you have any adult cautions (simple or conditional) or spent convictions that are not protected under the Rehabilitation of Offenders Act 1974 (Exceptions) Order 1975, as amended?  Yes / No</w:t>
            </w:r>
            <w:r>
              <w:br/>
            </w:r>
            <w:r>
              <w:br/>
            </w:r>
          </w:p>
        </w:tc>
      </w:tr>
      <w:tr>
        <w:trPr>
          <w:cantSplit/>
        </w:trPr>
        <w:tc>
          <w:tcPr>
            <w:tcW w:type="dxa" w:w="2700"/>
            <w:shd w:fill="E8EEF5"/>
            <w:tcMar>
              <w:top w:w="90" w:type="dxa"/>
              <w:start w:w="120" w:type="dxa"/>
              <w:bottom w:w="90" w:type="dxa"/>
              <w:end w:w="120" w:type="dxa"/>
            </w:tcMar>
            <w:vAlign w:val="center"/>
          </w:tcPr>
          <w:p>
            <w:pPr>
              <w:spacing w:after="0"/>
            </w:pPr>
            <w:r/>
            <w:r>
              <w:rPr>
                <w:rFonts w:ascii="Arial" w:hAnsi="Arial"/>
                <w:b/>
                <w:color w:val="163663"/>
                <w:sz w:val="18"/>
              </w:rPr>
              <w:t>Outstanding matter</w:t>
            </w:r>
          </w:p>
        </w:tc>
        <w:tc>
          <w:tcPr>
            <w:tcW w:type="dxa" w:w="6660"/>
            <w:tcMar>
              <w:top w:w="90" w:type="dxa"/>
              <w:start w:w="120" w:type="dxa"/>
              <w:bottom w:w="90" w:type="dxa"/>
              <w:end w:w="120" w:type="dxa"/>
            </w:tcMar>
            <w:vAlign w:val="center"/>
          </w:tcPr>
          <w:p>
            <w:pPr>
              <w:spacing w:after="0"/>
            </w:pPr>
            <w:r/>
            <w:r>
              <w:rPr>
                <w:rFonts w:ascii="Arial" w:hAnsi="Arial"/>
                <w:b w:val="0"/>
                <w:color w:val="5A6470"/>
                <w:sz w:val="18"/>
              </w:rPr>
              <w:t>Are you currently subject to a criminal charge, summons, investigation or court process that may be relevant to your suitability for this role?  Yes / No</w:t>
            </w:r>
            <w:r>
              <w:br/>
            </w:r>
          </w:p>
        </w:tc>
      </w:tr>
      <w:tr>
        <w:trPr>
          <w:cantSplit/>
        </w:trPr>
        <w:tc>
          <w:tcPr>
            <w:tcW w:type="dxa" w:w="2700"/>
            <w:shd w:fill="E8EEF5"/>
            <w:tcMar>
              <w:top w:w="90" w:type="dxa"/>
              <w:start w:w="120" w:type="dxa"/>
              <w:bottom w:w="90" w:type="dxa"/>
              <w:end w:w="120" w:type="dxa"/>
            </w:tcMar>
            <w:vAlign w:val="center"/>
          </w:tcPr>
          <w:p>
            <w:pPr>
              <w:spacing w:after="0"/>
            </w:pPr>
            <w:r/>
            <w:r>
              <w:rPr>
                <w:rFonts w:ascii="Arial" w:hAnsi="Arial"/>
                <w:b/>
                <w:color w:val="163663"/>
                <w:sz w:val="18"/>
              </w:rPr>
              <w:t>DBS Update Service</w:t>
            </w:r>
          </w:p>
        </w:tc>
        <w:tc>
          <w:tcPr>
            <w:tcW w:type="dxa" w:w="6660"/>
            <w:tcMar>
              <w:top w:w="90" w:type="dxa"/>
              <w:start w:w="120" w:type="dxa"/>
              <w:bottom w:w="90" w:type="dxa"/>
              <w:end w:w="120" w:type="dxa"/>
            </w:tcMar>
            <w:vAlign w:val="center"/>
          </w:tcPr>
          <w:p>
            <w:pPr>
              <w:spacing w:after="0"/>
            </w:pPr>
            <w:r/>
            <w:r>
              <w:rPr>
                <w:rFonts w:ascii="Arial" w:hAnsi="Arial"/>
                <w:b w:val="0"/>
                <w:color w:val="5A6470"/>
                <w:sz w:val="18"/>
              </w:rPr>
              <w:t>Are you subscribed?  Yes / No. If Yes, give certificate number and issue date only: ____________________. Never provide login credentials.</w:t>
            </w:r>
            <w:r>
              <w:br/>
            </w:r>
          </w:p>
        </w:tc>
      </w:tr>
    </w:tbl>
    <w:p>
      <w:pPr>
        <w:spacing w:after="0"/>
      </w:pPr>
    </w:p>
    <w:tbl>
      <w:tblPr>
        <w:tblStyle w:val="TableGrid"/>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00" w:type="dxa"/>
              <w:start w:w="120" w:type="dxa"/>
              <w:bottom w:w="100" w:type="dxa"/>
              <w:end w:w="120" w:type="dxa"/>
            </w:tcMar>
            <w:vAlign w:val="center"/>
          </w:tcPr>
          <w:p>
            <w:pPr>
              <w:spacing w:after="0"/>
            </w:pPr>
            <w:r/>
            <w:r>
              <w:rPr>
                <w:rFonts w:ascii="Arial" w:hAnsi="Arial"/>
                <w:b/>
                <w:color w:val="163663"/>
                <w:sz w:val="18"/>
              </w:rPr>
              <w:t>If you answered Yes, give the date, offence/allegation, court or authority, outcome/status and relevant context. Use a sealed confidential sheet if preferred.</w:t>
            </w:r>
          </w:p>
        </w:tc>
      </w:tr>
      <w:tr>
        <w:trPr>
          <w:cantSplit/>
        </w:trPr>
        <w:tc>
          <w:tcPr>
            <w:tcW w:type="dxa" w:w="9360"/>
            <w:tcMar>
              <w:top w:w="100" w:type="dxa"/>
              <w:start w:w="120" w:type="dxa"/>
              <w:bottom w:w="100" w:type="dxa"/>
              <w:end w:w="120" w:type="dxa"/>
            </w:tcMar>
            <w:vAlign w:val="center"/>
            <w:shd w:fill="FFFFFF"/>
          </w:tcPr>
          <w:p>
            <w:pPr>
              <w:spacing w:after="0"/>
            </w:pPr>
            <w:r/>
            <w:r>
              <w:br/>
            </w:r>
            <w:r>
              <w:br/>
            </w:r>
            <w:r>
              <w:br/>
            </w:r>
            <w:r>
              <w:br/>
            </w:r>
            <w:r>
              <w:br/>
            </w:r>
            <w:r>
              <w:br/>
            </w:r>
          </w:p>
        </w:tc>
      </w:tr>
    </w:tbl>
    <w:p>
      <w:pPr>
        <w:spacing w:after="0"/>
      </w:pPr>
    </w:p>
    <w:p>
      <w:r>
        <w:t>Before using the DBS Update Service, Celestial Care will inspect the original certificate, confirm identity and eligibility, and obtain the applicant’s specific consent. A new check may be required.</w:t>
      </w:r>
    </w:p>
    <w:p>
      <w:pPr>
        <w:pageBreakBefore/>
        <w:spacing w:after="0"/>
      </w:pPr>
    </w:p>
    <w:p>
      <w:pPr>
        <w:pStyle w:val="Heading1"/>
      </w:pPr>
      <w:r>
        <w:t>12. Declaration and consent</w:t>
      </w:r>
    </w:p>
    <w:p>
      <w:pPr>
        <w:pStyle w:val="ListBullet"/>
        <w:ind w:left="317" w:hanging="317"/>
      </w:pPr>
      <w:r>
        <w:t xml:space="preserve">☐ </w:t>
      </w:r>
      <w:r>
        <w:t>I confirm that the information in this application and any continuation sheet is complete and accurate to the best of my knowledge.</w:t>
      </w:r>
    </w:p>
    <w:p>
      <w:pPr>
        <w:pStyle w:val="ListBullet"/>
        <w:ind w:left="317" w:hanging="317"/>
      </w:pPr>
      <w:r>
        <w:t xml:space="preserve">☐ </w:t>
      </w:r>
      <w:r>
        <w:t>I have provided a continuous history from leaving school to the present and explained every gap.</w:t>
      </w:r>
    </w:p>
    <w:p>
      <w:pPr>
        <w:pStyle w:val="ListBullet"/>
        <w:ind w:left="317" w:hanging="317"/>
      </w:pPr>
      <w:r>
        <w:t xml:space="preserve">☐ </w:t>
      </w:r>
      <w:r>
        <w:t>I understand that deliberate omission or materially false information may lead to withdrawal of an offer or, following a fair process, dismissal.</w:t>
      </w:r>
    </w:p>
    <w:p>
      <w:pPr>
        <w:pStyle w:val="ListBullet"/>
        <w:ind w:left="317" w:hanging="317"/>
      </w:pPr>
      <w:r>
        <w:t xml:space="preserve">☐ </w:t>
      </w:r>
      <w:r>
        <w:t>I authorise Celestial Care to verify my employment/activity history, reasons for leaving, qualifications, professional registration and references. I understand that additional consent will be obtained where legally required.</w:t>
      </w:r>
    </w:p>
    <w:p>
      <w:pPr>
        <w:pStyle w:val="ListBullet"/>
        <w:ind w:left="317" w:hanging="317"/>
      </w:pPr>
      <w:r>
        <w:t xml:space="preserve">☐ </w:t>
      </w:r>
      <w:r>
        <w:t>I understand that any offer is conditional on satisfactory safer-recruitment checks, including identity, right to work, references, qualifications, employment history, relevant overseas checks and the appropriate DBS/barred-list check.</w:t>
      </w:r>
    </w:p>
    <w:p>
      <w:pPr>
        <w:pStyle w:val="ListBullet"/>
        <w:ind w:left="317" w:hanging="317"/>
      </w:pPr>
      <w:r>
        <w:t xml:space="preserve">☐ </w:t>
      </w:r>
      <w:r>
        <w:t>I understand that Celestial Care may carry out a proportionate search of publicly available online information for shortlisted candidates where relevant to safeguarding or suitability. Any material concern will be considered fairly and discussed with me before a decision.</w:t>
      </w:r>
    </w:p>
    <w:p>
      <w:pPr>
        <w:pStyle w:val="ListBullet"/>
        <w:ind w:left="317" w:hanging="317"/>
      </w:pPr>
      <w:r>
        <w:t xml:space="preserve">☐ </w:t>
      </w:r>
      <w:r>
        <w:t>I will promptly tell Celestial Care if relevant information changes during recruitment or employment.</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cantSplit/>
        </w:trPr>
        <w:tc>
          <w:tcPr>
            <w:tcW w:type="dxa" w:w="2600"/>
            <w:shd w:fill="E8EEF5"/>
            <w:tcMar>
              <w:top w:w="82" w:type="dxa"/>
              <w:start w:w="120" w:type="dxa"/>
              <w:bottom w:w="82" w:type="dxa"/>
              <w:end w:w="120" w:type="dxa"/>
            </w:tcMar>
            <w:vAlign w:val="center"/>
          </w:tcPr>
          <w:p>
            <w:pPr>
              <w:spacing w:after="0"/>
            </w:pPr>
            <w:r/>
            <w:r>
              <w:rPr>
                <w:rFonts w:ascii="Arial" w:hAnsi="Arial"/>
                <w:b/>
                <w:color w:val="163663"/>
                <w:sz w:val="18"/>
              </w:rPr>
              <w:t>Applicant’s full name</w:t>
            </w:r>
          </w:p>
        </w:tc>
        <w:tc>
          <w:tcPr>
            <w:tcW w:type="dxa" w:w="6760"/>
            <w:tcMar>
              <w:top w:w="82" w:type="dxa"/>
              <w:start w:w="120" w:type="dxa"/>
              <w:bottom w:w="82" w:type="dxa"/>
              <w:end w:w="120" w:type="dxa"/>
            </w:tcMar>
            <w:vAlign w:val="center"/>
          </w:tcPr>
          <w:p>
            <w:pPr>
              <w:spacing w:after="0"/>
            </w:pPr>
            <w:r/>
          </w:p>
        </w:tc>
      </w:tr>
      <w:tr>
        <w:trPr>
          <w:cantSplit/>
        </w:trPr>
        <w:tc>
          <w:tcPr>
            <w:tcW w:type="dxa" w:w="2600"/>
            <w:shd w:fill="E8EEF5"/>
            <w:tcMar>
              <w:top w:w="82" w:type="dxa"/>
              <w:start w:w="120" w:type="dxa"/>
              <w:bottom w:w="82" w:type="dxa"/>
              <w:end w:w="120" w:type="dxa"/>
            </w:tcMar>
            <w:vAlign w:val="center"/>
          </w:tcPr>
          <w:p>
            <w:pPr>
              <w:spacing w:after="0"/>
            </w:pPr>
            <w:r/>
            <w:r>
              <w:rPr>
                <w:rFonts w:ascii="Arial" w:hAnsi="Arial"/>
                <w:b/>
                <w:color w:val="163663"/>
                <w:sz w:val="18"/>
              </w:rPr>
              <w:t>Signature</w:t>
            </w:r>
          </w:p>
        </w:tc>
        <w:tc>
          <w:tcPr>
            <w:tcW w:type="dxa" w:w="6760"/>
            <w:tcMar>
              <w:top w:w="82" w:type="dxa"/>
              <w:start w:w="120" w:type="dxa"/>
              <w:bottom w:w="82" w:type="dxa"/>
              <w:end w:w="120" w:type="dxa"/>
            </w:tcMar>
            <w:vAlign w:val="center"/>
          </w:tcPr>
          <w:p>
            <w:pPr>
              <w:spacing w:after="0"/>
            </w:pPr>
            <w:r/>
            <w:r>
              <w:rPr>
                <w:rFonts w:ascii="Arial" w:hAnsi="Arial"/>
                <w:b w:val="0"/>
                <w:color w:val="5A6470"/>
                <w:sz w:val="18"/>
              </w:rPr>
              <w:t>Handwritten or verified electronic signature</w:t>
            </w:r>
            <w:r>
              <w:br/>
            </w:r>
          </w:p>
        </w:tc>
      </w:tr>
      <w:tr>
        <w:trPr>
          <w:cantSplit/>
        </w:trPr>
        <w:tc>
          <w:tcPr>
            <w:tcW w:type="dxa" w:w="2600"/>
            <w:shd w:fill="E8EEF5"/>
            <w:tcMar>
              <w:top w:w="82" w:type="dxa"/>
              <w:start w:w="120" w:type="dxa"/>
              <w:bottom w:w="82" w:type="dxa"/>
              <w:end w:w="120" w:type="dxa"/>
            </w:tcMar>
            <w:vAlign w:val="center"/>
          </w:tcPr>
          <w:p>
            <w:pPr>
              <w:spacing w:after="0"/>
            </w:pPr>
            <w:r/>
            <w:r>
              <w:rPr>
                <w:rFonts w:ascii="Arial" w:hAnsi="Arial"/>
                <w:b/>
                <w:color w:val="163663"/>
                <w:sz w:val="18"/>
              </w:rPr>
              <w:t>Date</w:t>
            </w:r>
          </w:p>
        </w:tc>
        <w:tc>
          <w:tcPr>
            <w:tcW w:type="dxa" w:w="6760"/>
            <w:tcMar>
              <w:top w:w="82" w:type="dxa"/>
              <w:start w:w="120" w:type="dxa"/>
              <w:bottom w:w="82" w:type="dxa"/>
              <w:end w:w="120" w:type="dxa"/>
            </w:tcMar>
            <w:vAlign w:val="center"/>
          </w:tcPr>
          <w:p>
            <w:pPr>
              <w:spacing w:after="0"/>
            </w:pPr>
            <w:r/>
          </w:p>
        </w:tc>
      </w:tr>
      <w:tr>
        <w:trPr>
          <w:cantSplit/>
        </w:trPr>
        <w:tc>
          <w:tcPr>
            <w:tcW w:type="dxa" w:w="2600"/>
            <w:shd w:fill="E8EEF5"/>
            <w:tcMar>
              <w:top w:w="82" w:type="dxa"/>
              <w:start w:w="120" w:type="dxa"/>
              <w:bottom w:w="82" w:type="dxa"/>
              <w:end w:w="120" w:type="dxa"/>
            </w:tcMar>
            <w:vAlign w:val="center"/>
          </w:tcPr>
          <w:p>
            <w:pPr>
              <w:spacing w:after="0"/>
            </w:pPr>
            <w:r/>
            <w:r>
              <w:rPr>
                <w:rFonts w:ascii="Arial" w:hAnsi="Arial"/>
                <w:b/>
                <w:color w:val="163663"/>
                <w:sz w:val="18"/>
              </w:rPr>
              <w:t>Continuation sheets</w:t>
            </w:r>
          </w:p>
        </w:tc>
        <w:tc>
          <w:tcPr>
            <w:tcW w:type="dxa" w:w="6760"/>
            <w:tcMar>
              <w:top w:w="82" w:type="dxa"/>
              <w:start w:w="120" w:type="dxa"/>
              <w:bottom w:w="82" w:type="dxa"/>
              <w:end w:w="120" w:type="dxa"/>
            </w:tcMar>
            <w:vAlign w:val="center"/>
          </w:tcPr>
          <w:p>
            <w:pPr>
              <w:spacing w:after="0"/>
            </w:pPr>
            <w:r/>
            <w:r>
              <w:rPr>
                <w:rFonts w:ascii="Arial" w:hAnsi="Arial"/>
                <w:b w:val="0"/>
                <w:color w:val="5A6470"/>
                <w:sz w:val="18"/>
              </w:rPr>
              <w:t>Number attached: ______  Each sheet signed and dated:  Yes / No / Not applicable</w:t>
            </w:r>
          </w:p>
        </w:tc>
      </w:tr>
    </w:tbl>
    <w:p>
      <w:pPr>
        <w:spacing w:after="0"/>
      </w:pPr>
    </w:p>
    <w:p>
      <w:pPr>
        <w:pStyle w:val="Heading2"/>
      </w:pPr>
      <w:r>
        <w:t>Recruitment privacy summary</w:t>
      </w:r>
    </w:p>
    <w:p>
      <w:r>
        <w:t>Celestial Care uses application information to administer recruitment, assess suitability, meet safeguarding and legal duties, verify information and keep an auditable recruitment record. Access is limited to authorised people. Information may be shared with referees, previous employers, DBS, regulators, professional bodies, safeguarding or law-enforcement authorities where lawful and necessary. Full details, including lawful bases, retention, rights and contact routes, are set out in the Recruitment Privacy Notice supplied with the vacancy pack.</w:t>
      </w:r>
    </w:p>
    <w:p>
      <w:pPr>
        <w:pStyle w:val="Heading2"/>
      </w:pPr>
      <w:r>
        <w:t>For recruitment use only</w:t>
      </w:r>
    </w:p>
    <w:tbl>
      <w:tblPr>
        <w:tblStyle w:val="TableGrid"/>
        <w:tblW w:type="dxa" w:w="9360"/>
        <w:jc w:val="center"/>
        <w:tblLayout w:type="fixed"/>
        <w:tblLook w:firstColumn="1" w:firstRow="1" w:lastColumn="0" w:lastRow="0" w:noHBand="0" w:noVBand="1" w:val="04A0"/>
        <w:tblInd w:w="120" w:type="dxa"/>
      </w:tblPr>
      <w:tblGrid>
        <w:gridCol w:w="2200"/>
        <w:gridCol w:w="7160"/>
      </w:tblGrid>
      <w:tr>
        <w:trPr>
          <w:cantSplit/>
        </w:trPr>
        <w:tc>
          <w:tcPr>
            <w:tcW w:type="dxa" w:w="2200"/>
            <w:shd w:fill="E8EEF5"/>
            <w:tcMar>
              <w:top w:w="62" w:type="dxa"/>
              <w:start w:w="120" w:type="dxa"/>
              <w:bottom w:w="62" w:type="dxa"/>
              <w:end w:w="120" w:type="dxa"/>
            </w:tcMar>
            <w:vAlign w:val="center"/>
          </w:tcPr>
          <w:p>
            <w:pPr>
              <w:spacing w:after="0"/>
            </w:pPr>
            <w:r/>
            <w:r>
              <w:rPr>
                <w:rFonts w:ascii="Arial" w:hAnsi="Arial"/>
                <w:b/>
                <w:color w:val="163663"/>
                <w:sz w:val="18"/>
              </w:rPr>
              <w:t>Initial check</w:t>
            </w:r>
          </w:p>
        </w:tc>
        <w:tc>
          <w:tcPr>
            <w:tcW w:type="dxa" w:w="7160"/>
            <w:tcMar>
              <w:top w:w="62" w:type="dxa"/>
              <w:start w:w="120" w:type="dxa"/>
              <w:bottom w:w="62" w:type="dxa"/>
              <w:end w:w="120" w:type="dxa"/>
            </w:tcMar>
            <w:vAlign w:val="center"/>
          </w:tcPr>
          <w:p>
            <w:pPr>
              <w:spacing w:after="0"/>
            </w:pPr>
            <w:r/>
            <w:r>
              <w:rPr>
                <w:rFonts w:ascii="Arial" w:hAnsi="Arial"/>
                <w:b w:val="0"/>
                <w:color w:val="5A6470"/>
                <w:sz w:val="18"/>
              </w:rPr>
              <w:t>Complete / incomplete; gaps or discrepancies requiring clarification</w:t>
            </w:r>
            <w:r>
              <w:br/>
            </w:r>
          </w:p>
        </w:tc>
      </w:tr>
      <w:tr>
        <w:trPr>
          <w:cantSplit/>
        </w:trPr>
        <w:tc>
          <w:tcPr>
            <w:tcW w:type="dxa" w:w="2200"/>
            <w:shd w:fill="E8EEF5"/>
            <w:tcMar>
              <w:top w:w="62" w:type="dxa"/>
              <w:start w:w="120" w:type="dxa"/>
              <w:bottom w:w="62" w:type="dxa"/>
              <w:end w:w="120" w:type="dxa"/>
            </w:tcMar>
            <w:vAlign w:val="center"/>
          </w:tcPr>
          <w:p>
            <w:pPr>
              <w:spacing w:after="0"/>
            </w:pPr>
            <w:r/>
            <w:r>
              <w:rPr>
                <w:rFonts w:ascii="Arial" w:hAnsi="Arial"/>
                <w:b/>
                <w:color w:val="163663"/>
                <w:sz w:val="18"/>
              </w:rPr>
              <w:t>Shortlisting</w:t>
            </w:r>
          </w:p>
        </w:tc>
        <w:tc>
          <w:tcPr>
            <w:tcW w:type="dxa" w:w="7160"/>
            <w:tcMar>
              <w:top w:w="62" w:type="dxa"/>
              <w:start w:w="120" w:type="dxa"/>
              <w:bottom w:w="62" w:type="dxa"/>
              <w:end w:w="120" w:type="dxa"/>
            </w:tcMar>
            <w:vAlign w:val="center"/>
          </w:tcPr>
          <w:p>
            <w:pPr>
              <w:spacing w:after="0"/>
            </w:pPr>
            <w:r/>
            <w:r>
              <w:rPr>
                <w:rFonts w:ascii="Arial" w:hAnsi="Arial"/>
                <w:b w:val="0"/>
                <w:color w:val="5A6470"/>
                <w:sz w:val="18"/>
              </w:rPr>
              <w:t>Panel / date / outcome / conflict declaration</w:t>
            </w:r>
            <w:r>
              <w:br/>
            </w:r>
          </w:p>
        </w:tc>
      </w:tr>
      <w:tr>
        <w:trPr>
          <w:cantSplit/>
        </w:trPr>
        <w:tc>
          <w:tcPr>
            <w:tcW w:type="dxa" w:w="2200"/>
            <w:shd w:fill="E8EEF5"/>
            <w:tcMar>
              <w:top w:w="62" w:type="dxa"/>
              <w:start w:w="120" w:type="dxa"/>
              <w:bottom w:w="62" w:type="dxa"/>
              <w:end w:w="120" w:type="dxa"/>
            </w:tcMar>
            <w:vAlign w:val="center"/>
          </w:tcPr>
          <w:p>
            <w:pPr>
              <w:spacing w:after="0"/>
            </w:pPr>
            <w:r/>
            <w:r>
              <w:rPr>
                <w:rFonts w:ascii="Arial" w:hAnsi="Arial"/>
                <w:b/>
                <w:color w:val="163663"/>
                <w:sz w:val="18"/>
              </w:rPr>
              <w:t>Conditional offer</w:t>
            </w:r>
          </w:p>
        </w:tc>
        <w:tc>
          <w:tcPr>
            <w:tcW w:type="dxa" w:w="7160"/>
            <w:tcMar>
              <w:top w:w="62" w:type="dxa"/>
              <w:start w:w="120" w:type="dxa"/>
              <w:bottom w:w="62" w:type="dxa"/>
              <w:end w:w="120" w:type="dxa"/>
            </w:tcMar>
            <w:vAlign w:val="center"/>
          </w:tcPr>
          <w:p>
            <w:pPr>
              <w:spacing w:after="0"/>
            </w:pPr>
            <w:r/>
            <w:r>
              <w:rPr>
                <w:rFonts w:ascii="Arial" w:hAnsi="Arial"/>
                <w:b w:val="0"/>
                <w:color w:val="5A6470"/>
                <w:sz w:val="18"/>
              </w:rPr>
              <w:t>Date / role / conditions</w:t>
            </w:r>
            <w:r>
              <w:br/>
            </w:r>
          </w:p>
        </w:tc>
      </w:tr>
      <w:tr>
        <w:trPr>
          <w:cantSplit/>
        </w:trPr>
        <w:tc>
          <w:tcPr>
            <w:tcW w:type="dxa" w:w="2200"/>
            <w:shd w:fill="E8EEF5"/>
            <w:tcMar>
              <w:top w:w="62" w:type="dxa"/>
              <w:start w:w="120" w:type="dxa"/>
              <w:bottom w:w="62" w:type="dxa"/>
              <w:end w:w="120" w:type="dxa"/>
            </w:tcMar>
            <w:vAlign w:val="center"/>
          </w:tcPr>
          <w:p>
            <w:pPr>
              <w:spacing w:after="0"/>
            </w:pPr>
            <w:r/>
            <w:r>
              <w:rPr>
                <w:rFonts w:ascii="Arial" w:hAnsi="Arial"/>
                <w:b/>
                <w:color w:val="163663"/>
                <w:sz w:val="18"/>
              </w:rPr>
              <w:t>Checks complete</w:t>
            </w:r>
          </w:p>
        </w:tc>
        <w:tc>
          <w:tcPr>
            <w:tcW w:type="dxa" w:w="7160"/>
            <w:tcMar>
              <w:top w:w="62" w:type="dxa"/>
              <w:start w:w="120" w:type="dxa"/>
              <w:bottom w:w="62" w:type="dxa"/>
              <w:end w:w="120" w:type="dxa"/>
            </w:tcMar>
            <w:vAlign w:val="center"/>
          </w:tcPr>
          <w:p>
            <w:pPr>
              <w:spacing w:after="0"/>
            </w:pPr>
            <w:r/>
            <w:r>
              <w:rPr>
                <w:rFonts w:ascii="Arial" w:hAnsi="Arial"/>
                <w:b w:val="0"/>
                <w:color w:val="5A6470"/>
                <w:sz w:val="18"/>
              </w:rPr>
              <w:t>Identity / right to work / references / history / qualifications / DBS-barred list / overseas / health fitness where lawful</w:t>
            </w:r>
            <w:r>
              <w:br/>
            </w:r>
            <w:r>
              <w:br/>
            </w:r>
          </w:p>
        </w:tc>
      </w:tr>
      <w:tr>
        <w:trPr>
          <w:cantSplit/>
        </w:trPr>
        <w:tc>
          <w:tcPr>
            <w:tcW w:type="dxa" w:w="2200"/>
            <w:shd w:fill="E8EEF5"/>
            <w:tcMar>
              <w:top w:w="62" w:type="dxa"/>
              <w:start w:w="120" w:type="dxa"/>
              <w:bottom w:w="62" w:type="dxa"/>
              <w:end w:w="120" w:type="dxa"/>
            </w:tcMar>
            <w:vAlign w:val="center"/>
          </w:tcPr>
          <w:p>
            <w:pPr>
              <w:spacing w:after="0"/>
            </w:pPr>
            <w:r/>
            <w:r>
              <w:rPr>
                <w:rFonts w:ascii="Arial" w:hAnsi="Arial"/>
                <w:b/>
                <w:color w:val="163663"/>
                <w:sz w:val="18"/>
              </w:rPr>
              <w:t>Authorisation</w:t>
            </w:r>
          </w:p>
        </w:tc>
        <w:tc>
          <w:tcPr>
            <w:tcW w:type="dxa" w:w="7160"/>
            <w:tcMar>
              <w:top w:w="62" w:type="dxa"/>
              <w:start w:w="120" w:type="dxa"/>
              <w:bottom w:w="62" w:type="dxa"/>
              <w:end w:w="120" w:type="dxa"/>
            </w:tcMar>
            <w:vAlign w:val="center"/>
          </w:tcPr>
          <w:p>
            <w:pPr>
              <w:spacing w:after="0"/>
            </w:pPr>
            <w:r/>
            <w:r>
              <w:rPr>
                <w:rFonts w:ascii="Arial" w:hAnsi="Arial"/>
                <w:b w:val="0"/>
                <w:color w:val="5A6470"/>
                <w:sz w:val="18"/>
              </w:rPr>
              <w:t>Recruiting manager: ____________________  Signature: ____________________  Date: __________</w:t>
            </w:r>
          </w:p>
        </w:tc>
      </w:tr>
    </w:tbl>
    <w:p>
      <w:pPr>
        <w:spacing w:after="0"/>
      </w:pPr>
    </w:p>
    <w:sectPr w:rsidR="00FC693F" w:rsidRPr="0006063C" w:rsidSect="00034616">
      <w:headerReference w:type="default" r:id="rId9"/>
      <w:footerReference w:type="default" r:id="rId10"/>
      <w:pgSz w:w="11909" w:h="16834"/>
      <w:pgMar w:top="893" w:right="1037" w:bottom="893" w:left="103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b w:val="0"/>
        <w:color w:val="5A6470"/>
        <w:sz w:val="16"/>
      </w:rPr>
      <w:t xml:space="preserve">Celestial Care  •  Confidential recruitment record  •  </w:t>
    </w:r>
    <w:r>
      <w:rPr>
        <w:rFonts w:ascii="Arial" w:hAnsi="Arial"/>
        <w:b w:val="0"/>
        <w:color w:val="5A6470"/>
        <w:sz w:val="16"/>
      </w:rPr>
      <w:t xml:space="preserve">Page </w:t>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color w:val="5A6470"/>
        <w:sz w:val="16"/>
      </w:rPr>
      <w:t>CELESTIAL CARE  |  EMPLOYMENT APPLICATION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163663"/>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1636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461" w:hanging="230"/>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461" w:hanging="230"/>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Celestial Care - Employment Application Form</dc:title>
  <dc:subject>Safer recruitment application form for children's residential care</dc:subject>
  <dc:creator>Celestial Care</dc:creator>
  <cp:keywords>Celestial Care, employment application, safer recruitment, children's home</cp:keywords>
  <dc:description>generated by python-docx</dc:description>
  <cp:lastModifiedBy/>
  <cp:revision>1</cp:revision>
  <dcterms:created xsi:type="dcterms:W3CDTF">2013-12-23T23:15:00Z</dcterms:created>
  <dcterms:modified xsi:type="dcterms:W3CDTF">2013-12-23T23:15:00Z</dcterms:modified>
  <cp:category/>
</cp:coreProperties>
</file>